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FC902" w14:textId="102B6E99" w:rsidR="00E776CE" w:rsidRPr="008049FD" w:rsidRDefault="003A64D8">
      <w:pPr>
        <w:spacing w:after="20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8049FD">
        <w:rPr>
          <w:rFonts w:asciiTheme="majorHAnsi" w:eastAsia="Calibri" w:hAnsiTheme="majorHAnsi" w:cstheme="majorHAnsi"/>
          <w:noProof/>
          <w:sz w:val="20"/>
          <w:szCs w:val="20"/>
        </w:rPr>
        <w:drawing>
          <wp:anchor distT="0" distB="0" distL="0" distR="0" simplePos="0" relativeHeight="251658752" behindDoc="1" locked="0" layoutInCell="1" allowOverlap="1" wp14:anchorId="631E0CC2" wp14:editId="402ECAD2">
            <wp:simplePos x="0" y="0"/>
            <wp:positionH relativeFrom="page">
              <wp:posOffset>288290</wp:posOffset>
            </wp:positionH>
            <wp:positionV relativeFrom="page">
              <wp:posOffset>340995</wp:posOffset>
            </wp:positionV>
            <wp:extent cx="7211850" cy="10842050"/>
            <wp:effectExtent l="0" t="0" r="825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1850" cy="1084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CCF764" w14:textId="77777777" w:rsidR="00E776CE" w:rsidRPr="008049FD" w:rsidRDefault="00E776CE">
      <w:pPr>
        <w:spacing w:after="2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4C22E5F2" w14:textId="77777777" w:rsidR="00E776CE" w:rsidRPr="008049FD" w:rsidRDefault="00E776CE">
      <w:pPr>
        <w:spacing w:after="2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3C4BD654" w14:textId="77777777" w:rsidR="00E776CE" w:rsidRPr="008049FD" w:rsidRDefault="00E776CE">
      <w:pPr>
        <w:spacing w:after="2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3D76E9C8" w14:textId="77777777" w:rsidR="003A64D8" w:rsidRPr="00EB6061" w:rsidRDefault="003A64D8">
      <w:pPr>
        <w:spacing w:after="20"/>
        <w:jc w:val="center"/>
        <w:rPr>
          <w:rFonts w:asciiTheme="majorHAnsi" w:hAnsiTheme="majorHAnsi" w:cstheme="majorHAnsi"/>
          <w:b/>
          <w:sz w:val="22"/>
        </w:rPr>
      </w:pPr>
    </w:p>
    <w:p w14:paraId="79BC9F6A" w14:textId="5890937C" w:rsidR="00CA3037" w:rsidRPr="00EB6061" w:rsidRDefault="00000000">
      <w:pPr>
        <w:spacing w:after="20"/>
        <w:jc w:val="center"/>
        <w:rPr>
          <w:rFonts w:asciiTheme="majorHAnsi" w:hAnsiTheme="majorHAnsi" w:cstheme="majorHAnsi"/>
          <w:sz w:val="22"/>
        </w:rPr>
      </w:pPr>
      <w:r w:rsidRPr="00EB6061">
        <w:rPr>
          <w:rFonts w:asciiTheme="majorHAnsi" w:hAnsiTheme="majorHAnsi" w:cstheme="majorHAnsi"/>
          <w:b/>
          <w:sz w:val="22"/>
        </w:rPr>
        <w:t>CALENDARIO DE ENTREVISTAS LABORALES</w:t>
      </w:r>
    </w:p>
    <w:p w14:paraId="566FB4BC" w14:textId="7193F702" w:rsidR="00B61F98" w:rsidRPr="00EB6061" w:rsidRDefault="00000000" w:rsidP="001718FE">
      <w:pPr>
        <w:spacing w:before="240" w:after="40"/>
        <w:jc w:val="center"/>
        <w:rPr>
          <w:rFonts w:asciiTheme="majorHAnsi" w:hAnsiTheme="majorHAnsi" w:cstheme="majorHAnsi"/>
          <w:b/>
          <w:bCs/>
          <w:sz w:val="22"/>
        </w:rPr>
      </w:pPr>
      <w:r w:rsidRPr="00EB6061">
        <w:rPr>
          <w:rFonts w:asciiTheme="majorHAnsi" w:hAnsiTheme="majorHAnsi" w:cstheme="majorHAnsi"/>
          <w:b/>
          <w:bCs/>
          <w:sz w:val="22"/>
        </w:rPr>
        <w:t xml:space="preserve">Concurso Público D. Ex. </w:t>
      </w:r>
      <w:proofErr w:type="spellStart"/>
      <w:r w:rsidRPr="00EB6061">
        <w:rPr>
          <w:rFonts w:asciiTheme="majorHAnsi" w:hAnsiTheme="majorHAnsi" w:cstheme="majorHAnsi"/>
          <w:b/>
          <w:bCs/>
          <w:sz w:val="22"/>
        </w:rPr>
        <w:t>N°</w:t>
      </w:r>
      <w:proofErr w:type="spellEnd"/>
      <w:r w:rsidRPr="00EB6061">
        <w:rPr>
          <w:rFonts w:asciiTheme="majorHAnsi" w:hAnsiTheme="majorHAnsi" w:cstheme="majorHAnsi"/>
          <w:b/>
          <w:bCs/>
          <w:sz w:val="22"/>
        </w:rPr>
        <w:t xml:space="preserve"> 510/2026 - I</w:t>
      </w:r>
      <w:r w:rsidR="00EB6061" w:rsidRPr="00EB6061">
        <w:rPr>
          <w:rFonts w:asciiTheme="majorHAnsi" w:hAnsiTheme="majorHAnsi" w:cstheme="majorHAnsi"/>
          <w:b/>
          <w:bCs/>
          <w:sz w:val="22"/>
        </w:rPr>
        <w:t>lustre</w:t>
      </w:r>
      <w:r w:rsidRPr="00EB6061">
        <w:rPr>
          <w:rFonts w:asciiTheme="majorHAnsi" w:hAnsiTheme="majorHAnsi" w:cstheme="majorHAnsi"/>
          <w:b/>
          <w:bCs/>
          <w:sz w:val="22"/>
        </w:rPr>
        <w:t xml:space="preserve"> Municipalidad de Valparaíso</w:t>
      </w:r>
    </w:p>
    <w:p w14:paraId="35F0D278" w14:textId="65D9FA15" w:rsidR="00CA3037" w:rsidRDefault="00B61F98" w:rsidP="00B61F98">
      <w:pPr>
        <w:spacing w:after="80"/>
        <w:ind w:left="851" w:right="502" w:firstLine="709"/>
        <w:jc w:val="both"/>
        <w:rPr>
          <w:rFonts w:asciiTheme="majorHAnsi" w:hAnsiTheme="majorHAnsi" w:cstheme="majorHAnsi"/>
          <w:bCs/>
          <w:sz w:val="22"/>
        </w:rPr>
      </w:pPr>
      <w:r w:rsidRPr="00B61F98">
        <w:rPr>
          <w:rFonts w:asciiTheme="majorHAnsi" w:hAnsiTheme="majorHAnsi" w:cstheme="majorHAnsi"/>
          <w:bCs/>
          <w:sz w:val="22"/>
        </w:rPr>
        <w:t>De conformidad con lo dispuesto en las bases concursales N°510/20226, de la Ilustre Municipalidad de Valparaíso, se da continuidad a la etapa de entrevista laboral, regulada en el punto 5.3.3 de las referidas bases. En esta etapa, las personas convocadas deberán rendir una entrevista personal, presencial y de oposición oral, en las dependencias municipales y en día y hora que a continuación se señalan.</w:t>
      </w:r>
    </w:p>
    <w:p w14:paraId="5170033C" w14:textId="28698FF4" w:rsidR="00166540" w:rsidRPr="00375A3D" w:rsidRDefault="002F6010" w:rsidP="00E57900">
      <w:pPr>
        <w:spacing w:after="80"/>
        <w:ind w:firstLine="720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>LUNES 31 DE AGOSTO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992"/>
        <w:gridCol w:w="4394"/>
        <w:gridCol w:w="3260"/>
      </w:tblGrid>
      <w:tr w:rsidR="00A776ED" w:rsidRPr="004F1BEB" w14:paraId="144F26F8" w14:textId="77777777" w:rsidTr="00D11BB2">
        <w:trPr>
          <w:trHeight w:val="246"/>
        </w:trPr>
        <w:tc>
          <w:tcPr>
            <w:tcW w:w="1418" w:type="dxa"/>
            <w:shd w:val="clear" w:color="auto" w:fill="E6E6E6"/>
            <w:vAlign w:val="bottom"/>
          </w:tcPr>
          <w:p w14:paraId="66EC0FF3" w14:textId="77777777" w:rsidR="00A776ED" w:rsidRPr="004F1BEB" w:rsidRDefault="00A776ED" w:rsidP="0094371E">
            <w:pPr>
              <w:pStyle w:val="TableParagraph"/>
              <w:ind w:left="8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pacing w:val="-4"/>
                <w:sz w:val="20"/>
                <w:szCs w:val="20"/>
              </w:rPr>
              <w:t>Hora</w:t>
            </w:r>
          </w:p>
        </w:tc>
        <w:tc>
          <w:tcPr>
            <w:tcW w:w="992" w:type="dxa"/>
            <w:shd w:val="clear" w:color="auto" w:fill="E6E6E6"/>
            <w:vAlign w:val="bottom"/>
          </w:tcPr>
          <w:p w14:paraId="092CD790" w14:textId="77777777" w:rsidR="00A776ED" w:rsidRPr="004F1BEB" w:rsidRDefault="00A776ED" w:rsidP="0094371E">
            <w:pPr>
              <w:pStyle w:val="TableParagraph"/>
              <w:ind w:left="8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Folio</w:t>
            </w:r>
          </w:p>
        </w:tc>
        <w:tc>
          <w:tcPr>
            <w:tcW w:w="4394" w:type="dxa"/>
            <w:shd w:val="clear" w:color="auto" w:fill="E6E6E6"/>
            <w:vAlign w:val="bottom"/>
          </w:tcPr>
          <w:p w14:paraId="18567393" w14:textId="77777777" w:rsidR="00A776ED" w:rsidRPr="004F1BEB" w:rsidRDefault="00A776ED" w:rsidP="0094371E">
            <w:pPr>
              <w:pStyle w:val="TableParagraph"/>
              <w:ind w:left="8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Postulante</w:t>
            </w:r>
          </w:p>
        </w:tc>
        <w:tc>
          <w:tcPr>
            <w:tcW w:w="3260" w:type="dxa"/>
            <w:shd w:val="clear" w:color="auto" w:fill="E6E6E6"/>
            <w:vAlign w:val="bottom"/>
          </w:tcPr>
          <w:p w14:paraId="479C9416" w14:textId="77777777" w:rsidR="00A776ED" w:rsidRPr="004F1BEB" w:rsidRDefault="00A776ED" w:rsidP="00BB5C08">
            <w:pPr>
              <w:pStyle w:val="TableParagraph"/>
              <w:spacing w:line="276" w:lineRule="auto"/>
              <w:ind w:left="8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Cargo(s)</w:t>
            </w:r>
          </w:p>
        </w:tc>
      </w:tr>
      <w:tr w:rsidR="00222FFD" w:rsidRPr="00B61F98" w14:paraId="1F5AC179" w14:textId="77777777" w:rsidTr="00D11BB2">
        <w:trPr>
          <w:trHeight w:val="533"/>
        </w:trPr>
        <w:tc>
          <w:tcPr>
            <w:tcW w:w="1418" w:type="dxa"/>
            <w:vAlign w:val="bottom"/>
          </w:tcPr>
          <w:p w14:paraId="58090599" w14:textId="729E3D3B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09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00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09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bottom"/>
          </w:tcPr>
          <w:p w14:paraId="6D289CC4" w14:textId="509EDF74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209</w:t>
            </w:r>
          </w:p>
        </w:tc>
        <w:tc>
          <w:tcPr>
            <w:tcW w:w="4394" w:type="dxa"/>
            <w:vAlign w:val="bottom"/>
          </w:tcPr>
          <w:p w14:paraId="4A12F168" w14:textId="79EF4AAA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KAHTERINE VALENZUELA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OLIVARES</w:t>
            </w:r>
          </w:p>
        </w:tc>
        <w:tc>
          <w:tcPr>
            <w:tcW w:w="3260" w:type="dxa"/>
            <w:vAlign w:val="bottom"/>
          </w:tcPr>
          <w:p w14:paraId="53C3F354" w14:textId="6C1060AE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proofErr w:type="spellStart"/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</w:t>
            </w:r>
            <w:proofErr w:type="spellEnd"/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)</w:t>
            </w:r>
          </w:p>
        </w:tc>
      </w:tr>
      <w:tr w:rsidR="00222FFD" w:rsidRPr="00B61F98" w14:paraId="5A9A06D8" w14:textId="77777777" w:rsidTr="00D11BB2">
        <w:trPr>
          <w:trHeight w:val="533"/>
        </w:trPr>
        <w:tc>
          <w:tcPr>
            <w:tcW w:w="1418" w:type="dxa"/>
            <w:vAlign w:val="bottom"/>
          </w:tcPr>
          <w:p w14:paraId="1EA84D0F" w14:textId="23981FF6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09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15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09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bottom"/>
          </w:tcPr>
          <w:p w14:paraId="6E39ECC0" w14:textId="21C27144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85</w:t>
            </w:r>
          </w:p>
        </w:tc>
        <w:tc>
          <w:tcPr>
            <w:tcW w:w="4394" w:type="dxa"/>
            <w:vAlign w:val="bottom"/>
          </w:tcPr>
          <w:p w14:paraId="0B756BE1" w14:textId="3B7FF287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ALFREDO GALDAMES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VALENZUELA</w:t>
            </w:r>
          </w:p>
        </w:tc>
        <w:tc>
          <w:tcPr>
            <w:tcW w:w="3260" w:type="dxa"/>
            <w:vAlign w:val="bottom"/>
          </w:tcPr>
          <w:p w14:paraId="4CAE7C2B" w14:textId="3688010E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proofErr w:type="spellStart"/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pts</w:t>
            </w:r>
            <w:proofErr w:type="spellEnd"/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proofErr w:type="spellStart"/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</w:t>
            </w:r>
            <w:proofErr w:type="spellEnd"/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)</w:t>
            </w:r>
          </w:p>
        </w:tc>
      </w:tr>
      <w:tr w:rsidR="00222FFD" w:rsidRPr="00B61F98" w14:paraId="311BCAC2" w14:textId="77777777" w:rsidTr="00D11BB2">
        <w:trPr>
          <w:trHeight w:val="534"/>
        </w:trPr>
        <w:tc>
          <w:tcPr>
            <w:tcW w:w="1418" w:type="dxa"/>
            <w:vAlign w:val="bottom"/>
          </w:tcPr>
          <w:p w14:paraId="08CD415A" w14:textId="361056B3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09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30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09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45</w:t>
            </w:r>
          </w:p>
        </w:tc>
        <w:tc>
          <w:tcPr>
            <w:tcW w:w="992" w:type="dxa"/>
            <w:vAlign w:val="bottom"/>
          </w:tcPr>
          <w:p w14:paraId="478B6647" w14:textId="35B27EBB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222</w:t>
            </w:r>
          </w:p>
        </w:tc>
        <w:tc>
          <w:tcPr>
            <w:tcW w:w="4394" w:type="dxa"/>
            <w:vAlign w:val="bottom"/>
          </w:tcPr>
          <w:p w14:paraId="1FF6D7C9" w14:textId="1BB4AF71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MARIA JOSE MEDINA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ALARCON</w:t>
            </w:r>
          </w:p>
        </w:tc>
        <w:tc>
          <w:tcPr>
            <w:tcW w:w="3260" w:type="dxa"/>
            <w:vAlign w:val="bottom"/>
          </w:tcPr>
          <w:p w14:paraId="4901CD38" w14:textId="7DBB3DEA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proofErr w:type="spellStart"/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pts</w:t>
            </w:r>
            <w:proofErr w:type="spellEnd"/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proofErr w:type="spellStart"/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</w:t>
            </w:r>
            <w:proofErr w:type="spellEnd"/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)</w:t>
            </w:r>
          </w:p>
        </w:tc>
      </w:tr>
      <w:tr w:rsidR="00222FFD" w:rsidRPr="00B61F98" w14:paraId="110AC386" w14:textId="77777777" w:rsidTr="00D11BB2">
        <w:trPr>
          <w:trHeight w:val="533"/>
        </w:trPr>
        <w:tc>
          <w:tcPr>
            <w:tcW w:w="1418" w:type="dxa"/>
            <w:vAlign w:val="bottom"/>
          </w:tcPr>
          <w:p w14:paraId="7A0A79B5" w14:textId="04CAE185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09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45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10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00</w:t>
            </w:r>
          </w:p>
        </w:tc>
        <w:tc>
          <w:tcPr>
            <w:tcW w:w="992" w:type="dxa"/>
            <w:vAlign w:val="bottom"/>
          </w:tcPr>
          <w:p w14:paraId="42A7A445" w14:textId="69EF0409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234</w:t>
            </w:r>
          </w:p>
        </w:tc>
        <w:tc>
          <w:tcPr>
            <w:tcW w:w="4394" w:type="dxa"/>
            <w:vAlign w:val="bottom"/>
          </w:tcPr>
          <w:p w14:paraId="597B496F" w14:textId="117AB293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ITALO MASSO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VALLEJOS</w:t>
            </w:r>
          </w:p>
        </w:tc>
        <w:tc>
          <w:tcPr>
            <w:tcW w:w="3260" w:type="dxa"/>
            <w:vAlign w:val="bottom"/>
          </w:tcPr>
          <w:p w14:paraId="4816C594" w14:textId="2B217B0F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 xml:space="preserve">GEN_7_1 (85 </w:t>
            </w:r>
            <w:proofErr w:type="spellStart"/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pts</w:t>
            </w:r>
            <w:proofErr w:type="spellEnd"/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 xml:space="preserve">GEN_7_2 (85 </w:t>
            </w:r>
            <w:proofErr w:type="spellStart"/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</w:t>
            </w:r>
            <w:proofErr w:type="spellEnd"/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)</w:t>
            </w:r>
          </w:p>
        </w:tc>
      </w:tr>
      <w:tr w:rsidR="00222FFD" w:rsidRPr="00B61F98" w14:paraId="35460F53" w14:textId="77777777" w:rsidTr="00D11BB2">
        <w:trPr>
          <w:trHeight w:val="534"/>
        </w:trPr>
        <w:tc>
          <w:tcPr>
            <w:tcW w:w="1418" w:type="dxa"/>
            <w:vAlign w:val="bottom"/>
          </w:tcPr>
          <w:p w14:paraId="78BD4DF1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43AF186" w14:textId="735E17DD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00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10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:15</w:t>
            </w:r>
          </w:p>
        </w:tc>
        <w:tc>
          <w:tcPr>
            <w:tcW w:w="992" w:type="dxa"/>
            <w:vAlign w:val="bottom"/>
          </w:tcPr>
          <w:p w14:paraId="47BE3C61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C46AA05" w14:textId="681F1FB7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227</w:t>
            </w:r>
          </w:p>
        </w:tc>
        <w:tc>
          <w:tcPr>
            <w:tcW w:w="4394" w:type="dxa"/>
            <w:vAlign w:val="bottom"/>
          </w:tcPr>
          <w:p w14:paraId="0D109E74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59112D2" w14:textId="519B7BFE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PAMELA GUZMAN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SAAVEDRA</w:t>
            </w:r>
          </w:p>
        </w:tc>
        <w:tc>
          <w:tcPr>
            <w:tcW w:w="3260" w:type="dxa"/>
            <w:vAlign w:val="bottom"/>
          </w:tcPr>
          <w:p w14:paraId="54F08D6C" w14:textId="7777777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GEN_7_1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GEN_6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</w:p>
          <w:p w14:paraId="283347F4" w14:textId="2B6E5362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GEN_7_2 (100 </w:t>
            </w:r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  <w:lang w:val="en-US"/>
              </w:rPr>
              <w:t>pts)</w:t>
            </w:r>
          </w:p>
        </w:tc>
      </w:tr>
      <w:tr w:rsidR="00222FFD" w:rsidRPr="00B61F98" w14:paraId="11851585" w14:textId="77777777" w:rsidTr="00D11BB2">
        <w:trPr>
          <w:trHeight w:val="533"/>
        </w:trPr>
        <w:tc>
          <w:tcPr>
            <w:tcW w:w="1418" w:type="dxa"/>
            <w:vAlign w:val="bottom"/>
          </w:tcPr>
          <w:p w14:paraId="4281A6B3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6FF1891A" w14:textId="69685ACF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:15-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10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:30</w:t>
            </w:r>
          </w:p>
        </w:tc>
        <w:tc>
          <w:tcPr>
            <w:tcW w:w="992" w:type="dxa"/>
            <w:vAlign w:val="bottom"/>
          </w:tcPr>
          <w:p w14:paraId="2678BCD0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D75920E" w14:textId="00F03B74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199</w:t>
            </w:r>
          </w:p>
        </w:tc>
        <w:tc>
          <w:tcPr>
            <w:tcW w:w="4394" w:type="dxa"/>
            <w:vAlign w:val="bottom"/>
          </w:tcPr>
          <w:p w14:paraId="1B258AFD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42AFBB1" w14:textId="0A51C815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PAULINA FREDES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CARCAMO</w:t>
            </w:r>
          </w:p>
        </w:tc>
        <w:tc>
          <w:tcPr>
            <w:tcW w:w="3260" w:type="dxa"/>
            <w:vAlign w:val="bottom"/>
          </w:tcPr>
          <w:p w14:paraId="7E758722" w14:textId="7777777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GEN_6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GEN_7_1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</w:p>
          <w:p w14:paraId="1B7029D4" w14:textId="7DCE2011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GEN_7_2 (100 </w:t>
            </w:r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  <w:lang w:val="en-US"/>
              </w:rPr>
              <w:t>pts)</w:t>
            </w:r>
          </w:p>
        </w:tc>
      </w:tr>
      <w:tr w:rsidR="00222FFD" w:rsidRPr="00B61F98" w14:paraId="26E32B7A" w14:textId="77777777" w:rsidTr="00D11BB2">
        <w:trPr>
          <w:trHeight w:val="534"/>
        </w:trPr>
        <w:tc>
          <w:tcPr>
            <w:tcW w:w="1418" w:type="dxa"/>
            <w:vAlign w:val="bottom"/>
          </w:tcPr>
          <w:p w14:paraId="67B12662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79A28628" w14:textId="154C28B5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:30-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10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:45</w:t>
            </w:r>
          </w:p>
        </w:tc>
        <w:tc>
          <w:tcPr>
            <w:tcW w:w="992" w:type="dxa"/>
            <w:vAlign w:val="bottom"/>
          </w:tcPr>
          <w:p w14:paraId="1914CAA8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BA56A86" w14:textId="4DAF3B2A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193</w:t>
            </w:r>
          </w:p>
        </w:tc>
        <w:tc>
          <w:tcPr>
            <w:tcW w:w="4394" w:type="dxa"/>
            <w:vAlign w:val="bottom"/>
          </w:tcPr>
          <w:p w14:paraId="567D9392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2B5D5D" w14:textId="2A9335A9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RICHARD CASTILLO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MOLINA</w:t>
            </w:r>
          </w:p>
        </w:tc>
        <w:tc>
          <w:tcPr>
            <w:tcW w:w="3260" w:type="dxa"/>
            <w:vAlign w:val="bottom"/>
          </w:tcPr>
          <w:p w14:paraId="6C7E6444" w14:textId="7777777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GEN_7_2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GEN_6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</w:p>
          <w:p w14:paraId="09C2D36B" w14:textId="47D976AB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GEN_7_1 (100 </w:t>
            </w:r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  <w:lang w:val="en-US"/>
              </w:rPr>
              <w:t>pts)</w:t>
            </w:r>
          </w:p>
        </w:tc>
      </w:tr>
      <w:tr w:rsidR="00222FFD" w:rsidRPr="00B61F98" w14:paraId="2F01F5B9" w14:textId="77777777" w:rsidTr="00D11BB2">
        <w:trPr>
          <w:trHeight w:val="534"/>
        </w:trPr>
        <w:tc>
          <w:tcPr>
            <w:tcW w:w="1418" w:type="dxa"/>
            <w:vAlign w:val="bottom"/>
          </w:tcPr>
          <w:p w14:paraId="7CAA6299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673402F4" w14:textId="260CBC03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10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:45-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:00</w:t>
            </w:r>
          </w:p>
        </w:tc>
        <w:tc>
          <w:tcPr>
            <w:tcW w:w="992" w:type="dxa"/>
            <w:vAlign w:val="bottom"/>
          </w:tcPr>
          <w:p w14:paraId="141CF780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190A125" w14:textId="364FA033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135</w:t>
            </w:r>
          </w:p>
        </w:tc>
        <w:tc>
          <w:tcPr>
            <w:tcW w:w="4394" w:type="dxa"/>
            <w:vAlign w:val="bottom"/>
          </w:tcPr>
          <w:p w14:paraId="27C18EEF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9051A4D" w14:textId="47952876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RODRIGO DIAZ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SAAVEDRA</w:t>
            </w:r>
          </w:p>
        </w:tc>
        <w:tc>
          <w:tcPr>
            <w:tcW w:w="3260" w:type="dxa"/>
            <w:vAlign w:val="bottom"/>
          </w:tcPr>
          <w:p w14:paraId="403E1534" w14:textId="7777777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GEN_6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GEN_7_1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</w:p>
          <w:p w14:paraId="380CC56C" w14:textId="28C039AB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GEN_7_2 (100 </w:t>
            </w:r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  <w:lang w:val="en-US"/>
              </w:rPr>
              <w:t>pts)</w:t>
            </w:r>
          </w:p>
        </w:tc>
      </w:tr>
      <w:tr w:rsidR="00222FFD" w:rsidRPr="00B61F98" w14:paraId="2B7E0D3F" w14:textId="77777777" w:rsidTr="00D11BB2">
        <w:trPr>
          <w:trHeight w:val="533"/>
        </w:trPr>
        <w:tc>
          <w:tcPr>
            <w:tcW w:w="1418" w:type="dxa"/>
            <w:vAlign w:val="bottom"/>
          </w:tcPr>
          <w:p w14:paraId="71711D6D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1FFAB0B8" w14:textId="72AB3FB6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:00-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:15</w:t>
            </w:r>
          </w:p>
        </w:tc>
        <w:tc>
          <w:tcPr>
            <w:tcW w:w="992" w:type="dxa"/>
            <w:vAlign w:val="bottom"/>
          </w:tcPr>
          <w:p w14:paraId="028B3F9C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4F4681" w14:textId="331406F5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102</w:t>
            </w:r>
          </w:p>
        </w:tc>
        <w:tc>
          <w:tcPr>
            <w:tcW w:w="4394" w:type="dxa"/>
            <w:vAlign w:val="bottom"/>
          </w:tcPr>
          <w:p w14:paraId="225BC331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E69CB2B" w14:textId="355C05A5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SEBASTIAN REDOLES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JADRESIC</w:t>
            </w:r>
          </w:p>
        </w:tc>
        <w:tc>
          <w:tcPr>
            <w:tcW w:w="3260" w:type="dxa"/>
            <w:vAlign w:val="bottom"/>
          </w:tcPr>
          <w:p w14:paraId="2651526D" w14:textId="7777777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GEN_6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GEN_7_1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</w:p>
          <w:p w14:paraId="599B0350" w14:textId="18D3DE04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GEN_7_2 (100 </w:t>
            </w:r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  <w:lang w:val="en-US"/>
              </w:rPr>
              <w:t>pts)</w:t>
            </w:r>
          </w:p>
        </w:tc>
      </w:tr>
      <w:tr w:rsidR="00222FFD" w:rsidRPr="00B61F98" w14:paraId="3713E894" w14:textId="77777777" w:rsidTr="00D11BB2">
        <w:trPr>
          <w:trHeight w:val="534"/>
        </w:trPr>
        <w:tc>
          <w:tcPr>
            <w:tcW w:w="1418" w:type="dxa"/>
            <w:vAlign w:val="bottom"/>
          </w:tcPr>
          <w:p w14:paraId="12F8FEB2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28FA11D0" w14:textId="41912954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:15-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:30</w:t>
            </w:r>
          </w:p>
        </w:tc>
        <w:tc>
          <w:tcPr>
            <w:tcW w:w="992" w:type="dxa"/>
            <w:vAlign w:val="bottom"/>
          </w:tcPr>
          <w:p w14:paraId="0D65F094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C606F3A" w14:textId="1ACB1A3C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54</w:t>
            </w:r>
          </w:p>
        </w:tc>
        <w:tc>
          <w:tcPr>
            <w:tcW w:w="4394" w:type="dxa"/>
            <w:vAlign w:val="bottom"/>
          </w:tcPr>
          <w:p w14:paraId="7CBA39AC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19BA933" w14:textId="0F437F70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SEBASTIAN ROJAS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RAMÍREZ</w:t>
            </w:r>
          </w:p>
        </w:tc>
        <w:tc>
          <w:tcPr>
            <w:tcW w:w="3260" w:type="dxa"/>
            <w:vAlign w:val="bottom"/>
          </w:tcPr>
          <w:p w14:paraId="2B7C9A38" w14:textId="7777777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GEN_7_2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GEN_7_1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</w:p>
          <w:p w14:paraId="227CEF91" w14:textId="6635287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GEN_6 (100 </w:t>
            </w:r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  <w:lang w:val="en-US"/>
              </w:rPr>
              <w:t>pts)</w:t>
            </w:r>
          </w:p>
        </w:tc>
      </w:tr>
      <w:tr w:rsidR="00222FFD" w:rsidRPr="00B61F98" w14:paraId="7ADD54AE" w14:textId="77777777" w:rsidTr="00D11BB2">
        <w:trPr>
          <w:trHeight w:val="533"/>
        </w:trPr>
        <w:tc>
          <w:tcPr>
            <w:tcW w:w="1418" w:type="dxa"/>
            <w:vAlign w:val="bottom"/>
          </w:tcPr>
          <w:p w14:paraId="205E3A12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31F648CF" w14:textId="15CE5563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:30-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:45</w:t>
            </w:r>
          </w:p>
        </w:tc>
        <w:tc>
          <w:tcPr>
            <w:tcW w:w="992" w:type="dxa"/>
            <w:vAlign w:val="bottom"/>
          </w:tcPr>
          <w:p w14:paraId="79E49FA1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37F1238" w14:textId="52CCE710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110</w:t>
            </w:r>
          </w:p>
        </w:tc>
        <w:tc>
          <w:tcPr>
            <w:tcW w:w="4394" w:type="dxa"/>
            <w:vAlign w:val="bottom"/>
          </w:tcPr>
          <w:p w14:paraId="19C92928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CF9E9C" w14:textId="553C9CED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SERGIO RONDONELLI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GAJARDO</w:t>
            </w:r>
          </w:p>
        </w:tc>
        <w:tc>
          <w:tcPr>
            <w:tcW w:w="3260" w:type="dxa"/>
            <w:vAlign w:val="bottom"/>
          </w:tcPr>
          <w:p w14:paraId="115D0F2F" w14:textId="7777777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GEN_6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GEN_7_1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</w:p>
          <w:p w14:paraId="46D1380D" w14:textId="3A1C44CF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GEN_7_2 (100 </w:t>
            </w:r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  <w:lang w:val="en-US"/>
              </w:rPr>
              <w:t>pts)</w:t>
            </w:r>
          </w:p>
        </w:tc>
      </w:tr>
      <w:tr w:rsidR="00222FFD" w:rsidRPr="00B61F98" w14:paraId="625C0003" w14:textId="77777777" w:rsidTr="00D11BB2">
        <w:trPr>
          <w:trHeight w:val="534"/>
        </w:trPr>
        <w:tc>
          <w:tcPr>
            <w:tcW w:w="1418" w:type="dxa"/>
            <w:vAlign w:val="bottom"/>
          </w:tcPr>
          <w:p w14:paraId="69887EA8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4D874AE0" w14:textId="66E097CE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:45-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2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:00</w:t>
            </w:r>
          </w:p>
        </w:tc>
        <w:tc>
          <w:tcPr>
            <w:tcW w:w="992" w:type="dxa"/>
            <w:vAlign w:val="bottom"/>
          </w:tcPr>
          <w:p w14:paraId="4243DF77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7051943" w14:textId="40E0B3A5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75</w:t>
            </w:r>
          </w:p>
        </w:tc>
        <w:tc>
          <w:tcPr>
            <w:tcW w:w="4394" w:type="dxa"/>
            <w:vAlign w:val="bottom"/>
          </w:tcPr>
          <w:p w14:paraId="07588B80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6DFFDCE" w14:textId="6AEC56B5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SOLANGE ALARCON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CHAVEZ</w:t>
            </w:r>
          </w:p>
        </w:tc>
        <w:tc>
          <w:tcPr>
            <w:tcW w:w="3260" w:type="dxa"/>
            <w:vAlign w:val="bottom"/>
          </w:tcPr>
          <w:p w14:paraId="07C75A37" w14:textId="7777777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GEN_6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GEN_7_1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</w:p>
          <w:p w14:paraId="52E5FEE3" w14:textId="05DC9839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GEN_7_2 (100 </w:t>
            </w:r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  <w:lang w:val="en-US"/>
              </w:rPr>
              <w:t>pts)</w:t>
            </w:r>
          </w:p>
        </w:tc>
      </w:tr>
      <w:tr w:rsidR="00222FFD" w:rsidRPr="00B61F98" w14:paraId="0334FDB8" w14:textId="77777777" w:rsidTr="00D11BB2">
        <w:trPr>
          <w:trHeight w:val="533"/>
        </w:trPr>
        <w:tc>
          <w:tcPr>
            <w:tcW w:w="1418" w:type="dxa"/>
            <w:vAlign w:val="bottom"/>
          </w:tcPr>
          <w:p w14:paraId="7AC86492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0E49DAFB" w14:textId="3F97C7AD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:00-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2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:15</w:t>
            </w:r>
          </w:p>
        </w:tc>
        <w:tc>
          <w:tcPr>
            <w:tcW w:w="992" w:type="dxa"/>
            <w:vAlign w:val="bottom"/>
          </w:tcPr>
          <w:p w14:paraId="19E7D68C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A40C7C9" w14:textId="6E1E82D0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191</w:t>
            </w:r>
          </w:p>
        </w:tc>
        <w:tc>
          <w:tcPr>
            <w:tcW w:w="4394" w:type="dxa"/>
            <w:vAlign w:val="bottom"/>
          </w:tcPr>
          <w:p w14:paraId="238D4A1E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7213567" w14:textId="7E6131BE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STEFANY SALINAS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GOMEZ</w:t>
            </w:r>
          </w:p>
        </w:tc>
        <w:tc>
          <w:tcPr>
            <w:tcW w:w="3260" w:type="dxa"/>
            <w:vAlign w:val="bottom"/>
          </w:tcPr>
          <w:p w14:paraId="71BE45D9" w14:textId="7777777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GEN_7_1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GEN_6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</w:p>
          <w:p w14:paraId="4D7152E0" w14:textId="2B8A918A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GEN_7_2 (100 </w:t>
            </w:r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  <w:lang w:val="en-US"/>
              </w:rPr>
              <w:t>pts)</w:t>
            </w:r>
          </w:p>
        </w:tc>
      </w:tr>
      <w:tr w:rsidR="00222FFD" w:rsidRPr="00B61F98" w14:paraId="10CFABB7" w14:textId="77777777" w:rsidTr="00D11BB2">
        <w:trPr>
          <w:trHeight w:val="533"/>
        </w:trPr>
        <w:tc>
          <w:tcPr>
            <w:tcW w:w="1418" w:type="dxa"/>
            <w:vAlign w:val="bottom"/>
          </w:tcPr>
          <w:p w14:paraId="7DFE30C6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07EE6976" w14:textId="4F8188AF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:15-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2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:30</w:t>
            </w:r>
          </w:p>
        </w:tc>
        <w:tc>
          <w:tcPr>
            <w:tcW w:w="992" w:type="dxa"/>
            <w:vAlign w:val="bottom"/>
          </w:tcPr>
          <w:p w14:paraId="32E7CFA7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0509760" w14:textId="021600DB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63</w:t>
            </w:r>
          </w:p>
        </w:tc>
        <w:tc>
          <w:tcPr>
            <w:tcW w:w="4394" w:type="dxa"/>
            <w:vAlign w:val="bottom"/>
          </w:tcPr>
          <w:p w14:paraId="212B741A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ECC30F8" w14:textId="1B11D92D" w:rsidR="00222FFD" w:rsidRPr="00E57900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SUSANA LUNA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MUÑOZ</w:t>
            </w:r>
          </w:p>
        </w:tc>
        <w:tc>
          <w:tcPr>
            <w:tcW w:w="3260" w:type="dxa"/>
            <w:vAlign w:val="bottom"/>
          </w:tcPr>
          <w:p w14:paraId="16C541A8" w14:textId="7777777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GEN_6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GEN_7_1 (100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</w:p>
          <w:p w14:paraId="4A7F4D92" w14:textId="28748740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GEN_7_2 (100 </w:t>
            </w:r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  <w:lang w:val="en-US"/>
              </w:rPr>
              <w:t>pts)</w:t>
            </w:r>
          </w:p>
        </w:tc>
      </w:tr>
      <w:tr w:rsidR="00222FFD" w:rsidRPr="004F1BEB" w14:paraId="736269BC" w14:textId="77777777" w:rsidTr="00D11BB2">
        <w:trPr>
          <w:trHeight w:val="533"/>
        </w:trPr>
        <w:tc>
          <w:tcPr>
            <w:tcW w:w="1418" w:type="dxa"/>
            <w:vAlign w:val="bottom"/>
          </w:tcPr>
          <w:p w14:paraId="19756517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243EAFAC" w14:textId="655D1D26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:30-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2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:45</w:t>
            </w:r>
          </w:p>
        </w:tc>
        <w:tc>
          <w:tcPr>
            <w:tcW w:w="992" w:type="dxa"/>
            <w:vAlign w:val="bottom"/>
          </w:tcPr>
          <w:p w14:paraId="5967F97F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D1E78EE" w14:textId="04DB71CE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36</w:t>
            </w:r>
          </w:p>
        </w:tc>
        <w:tc>
          <w:tcPr>
            <w:tcW w:w="4394" w:type="dxa"/>
            <w:vAlign w:val="bottom"/>
          </w:tcPr>
          <w:p w14:paraId="71A99831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84988DD" w14:textId="12407E06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CAROLINA ARAYA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CAROCCA</w:t>
            </w:r>
          </w:p>
        </w:tc>
        <w:tc>
          <w:tcPr>
            <w:tcW w:w="3260" w:type="dxa"/>
            <w:vAlign w:val="bottom"/>
          </w:tcPr>
          <w:p w14:paraId="4F2F6726" w14:textId="7777777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GEN_6 (85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GEN_7_1 (85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</w:p>
          <w:p w14:paraId="06419D8B" w14:textId="6894F4C5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GEN_7_2 (85 </w:t>
            </w:r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  <w:lang w:val="en-US"/>
              </w:rPr>
              <w:t>pts)</w:t>
            </w:r>
          </w:p>
        </w:tc>
      </w:tr>
      <w:tr w:rsidR="00222FFD" w:rsidRPr="004F1BEB" w14:paraId="7B2A9E2F" w14:textId="77777777" w:rsidTr="00D11BB2">
        <w:trPr>
          <w:trHeight w:val="386"/>
        </w:trPr>
        <w:tc>
          <w:tcPr>
            <w:tcW w:w="1418" w:type="dxa"/>
            <w:vAlign w:val="bottom"/>
          </w:tcPr>
          <w:p w14:paraId="357F0CD9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217F4B82" w14:textId="623EA805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:45-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3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:00</w:t>
            </w:r>
          </w:p>
        </w:tc>
        <w:tc>
          <w:tcPr>
            <w:tcW w:w="992" w:type="dxa"/>
            <w:vAlign w:val="bottom"/>
          </w:tcPr>
          <w:p w14:paraId="75521FC0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B807798" w14:textId="6A99062D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229</w:t>
            </w:r>
          </w:p>
        </w:tc>
        <w:tc>
          <w:tcPr>
            <w:tcW w:w="4394" w:type="dxa"/>
            <w:vAlign w:val="bottom"/>
          </w:tcPr>
          <w:p w14:paraId="0B8EEF40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A78D2FD" w14:textId="057D2A3E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JAVIER BERNAL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PUEBLA</w:t>
            </w:r>
          </w:p>
        </w:tc>
        <w:tc>
          <w:tcPr>
            <w:tcW w:w="3260" w:type="dxa"/>
            <w:vAlign w:val="bottom"/>
          </w:tcPr>
          <w:p w14:paraId="2DCA44A5" w14:textId="7777777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GEN_6 (85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GEN_7_1 (85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</w:p>
          <w:p w14:paraId="14195AF5" w14:textId="43B849A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GEN_7_2 (85 </w:t>
            </w:r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  <w:lang w:val="en-US"/>
              </w:rPr>
              <w:t>pts)</w:t>
            </w:r>
          </w:p>
        </w:tc>
      </w:tr>
      <w:tr w:rsidR="00222FFD" w:rsidRPr="004F1BEB" w14:paraId="5EC27BDD" w14:textId="77777777" w:rsidTr="00D11BB2">
        <w:trPr>
          <w:trHeight w:val="386"/>
        </w:trPr>
        <w:tc>
          <w:tcPr>
            <w:tcW w:w="1418" w:type="dxa"/>
            <w:vAlign w:val="bottom"/>
          </w:tcPr>
          <w:p w14:paraId="2D03636B" w14:textId="28E60EDF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:00-1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:15</w:t>
            </w:r>
          </w:p>
        </w:tc>
        <w:tc>
          <w:tcPr>
            <w:tcW w:w="992" w:type="dxa"/>
            <w:vAlign w:val="bottom"/>
          </w:tcPr>
          <w:p w14:paraId="7609BA89" w14:textId="499BE82C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131</w:t>
            </w:r>
          </w:p>
        </w:tc>
        <w:tc>
          <w:tcPr>
            <w:tcW w:w="4394" w:type="dxa"/>
            <w:vAlign w:val="bottom"/>
          </w:tcPr>
          <w:p w14:paraId="6E462296" w14:textId="7D26B792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5790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JHONATTAN ORTIZ ALVARADO</w:t>
            </w:r>
          </w:p>
        </w:tc>
        <w:tc>
          <w:tcPr>
            <w:tcW w:w="3260" w:type="dxa"/>
            <w:vAlign w:val="bottom"/>
          </w:tcPr>
          <w:p w14:paraId="515D6934" w14:textId="77777777" w:rsidR="00222FFD" w:rsidRPr="00E57900" w:rsidRDefault="00222FFD" w:rsidP="00222FFD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E579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GEN_7_1 (100 pts);</w:t>
            </w:r>
          </w:p>
          <w:p w14:paraId="0799D1D3" w14:textId="77777777" w:rsidR="00222FFD" w:rsidRPr="00E57900" w:rsidRDefault="00222FFD" w:rsidP="00222FFD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E579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GEN_7_2 (100 pts);</w:t>
            </w:r>
          </w:p>
          <w:p w14:paraId="737A179E" w14:textId="33134EA4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E57900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GEN_6 (100 pts)</w:t>
            </w:r>
          </w:p>
        </w:tc>
      </w:tr>
      <w:tr w:rsidR="00222FFD" w:rsidRPr="00B61F98" w14:paraId="558842BF" w14:textId="77777777" w:rsidTr="00D11BB2">
        <w:trPr>
          <w:trHeight w:val="533"/>
        </w:trPr>
        <w:tc>
          <w:tcPr>
            <w:tcW w:w="1418" w:type="dxa"/>
            <w:vAlign w:val="bottom"/>
          </w:tcPr>
          <w:p w14:paraId="7E44B3A5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CACB349" w14:textId="40177237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13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15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13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bottom"/>
          </w:tcPr>
          <w:p w14:paraId="7866B22F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6CEBDE5" w14:textId="77777777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31</w:t>
            </w:r>
          </w:p>
        </w:tc>
        <w:tc>
          <w:tcPr>
            <w:tcW w:w="4394" w:type="dxa"/>
            <w:vAlign w:val="bottom"/>
          </w:tcPr>
          <w:p w14:paraId="1457C7BF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6969DCB" w14:textId="77777777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JOSE LUIS CANALES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ACOSTA</w:t>
            </w:r>
          </w:p>
        </w:tc>
        <w:tc>
          <w:tcPr>
            <w:tcW w:w="3260" w:type="dxa"/>
            <w:vAlign w:val="bottom"/>
          </w:tcPr>
          <w:p w14:paraId="5F3F3E80" w14:textId="30CD2454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GEN_6 (85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GEN_7_1 (85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</w:p>
          <w:p w14:paraId="184DA8B7" w14:textId="7777777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GEN_7_2 (85 </w:t>
            </w:r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  <w:lang w:val="en-US"/>
              </w:rPr>
              <w:t>pts)</w:t>
            </w:r>
          </w:p>
        </w:tc>
      </w:tr>
      <w:tr w:rsidR="00222FFD" w:rsidRPr="00B61F98" w14:paraId="09CCCD94" w14:textId="77777777" w:rsidTr="00D11BB2">
        <w:trPr>
          <w:trHeight w:val="533"/>
        </w:trPr>
        <w:tc>
          <w:tcPr>
            <w:tcW w:w="1418" w:type="dxa"/>
            <w:vAlign w:val="bottom"/>
          </w:tcPr>
          <w:p w14:paraId="6775867B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22B50882" w14:textId="3FAD0EB2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13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30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13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45</w:t>
            </w:r>
          </w:p>
        </w:tc>
        <w:tc>
          <w:tcPr>
            <w:tcW w:w="992" w:type="dxa"/>
            <w:vAlign w:val="bottom"/>
          </w:tcPr>
          <w:p w14:paraId="16142551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DE84FD9" w14:textId="77777777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20</w:t>
            </w:r>
          </w:p>
        </w:tc>
        <w:tc>
          <w:tcPr>
            <w:tcW w:w="4394" w:type="dxa"/>
            <w:vAlign w:val="bottom"/>
          </w:tcPr>
          <w:p w14:paraId="744BECE1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FCB64A8" w14:textId="77777777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VIVIANA BAEZ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FERNANDEZ</w:t>
            </w:r>
          </w:p>
        </w:tc>
        <w:tc>
          <w:tcPr>
            <w:tcW w:w="3260" w:type="dxa"/>
            <w:vAlign w:val="bottom"/>
          </w:tcPr>
          <w:p w14:paraId="56E10045" w14:textId="1783A46C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GEN_6 (85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GEN_7_1 (85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</w:p>
          <w:p w14:paraId="10D447D6" w14:textId="7777777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GEN_7_2 (85 </w:t>
            </w:r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  <w:lang w:val="en-US"/>
              </w:rPr>
              <w:t>pts)</w:t>
            </w:r>
          </w:p>
        </w:tc>
      </w:tr>
      <w:tr w:rsidR="00222FFD" w:rsidRPr="00B61F98" w14:paraId="575CCE4D" w14:textId="77777777" w:rsidTr="00D11BB2">
        <w:trPr>
          <w:trHeight w:val="534"/>
        </w:trPr>
        <w:tc>
          <w:tcPr>
            <w:tcW w:w="1418" w:type="dxa"/>
            <w:vAlign w:val="bottom"/>
          </w:tcPr>
          <w:p w14:paraId="10F74E2E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7A7F0303" w14:textId="715C7699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13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45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14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00</w:t>
            </w:r>
          </w:p>
        </w:tc>
        <w:tc>
          <w:tcPr>
            <w:tcW w:w="992" w:type="dxa"/>
            <w:vAlign w:val="bottom"/>
          </w:tcPr>
          <w:p w14:paraId="75A39527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F9DFE2B" w14:textId="77777777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129</w:t>
            </w:r>
          </w:p>
        </w:tc>
        <w:tc>
          <w:tcPr>
            <w:tcW w:w="4394" w:type="dxa"/>
            <w:vAlign w:val="bottom"/>
          </w:tcPr>
          <w:p w14:paraId="0B2C7AFC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476D456" w14:textId="77777777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ALFREDO BARAONA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VARGAS</w:t>
            </w:r>
          </w:p>
        </w:tc>
        <w:tc>
          <w:tcPr>
            <w:tcW w:w="3260" w:type="dxa"/>
            <w:vAlign w:val="bottom"/>
          </w:tcPr>
          <w:p w14:paraId="6E844613" w14:textId="1DEE1718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GEN_6 (75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GEN_7_1 (75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</w:p>
          <w:p w14:paraId="63812755" w14:textId="7777777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GEN_7_2 (75 </w:t>
            </w:r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  <w:lang w:val="en-US"/>
              </w:rPr>
              <w:t>pts)</w:t>
            </w:r>
          </w:p>
        </w:tc>
      </w:tr>
      <w:tr w:rsidR="00222FFD" w:rsidRPr="00B61F98" w14:paraId="1A80C951" w14:textId="77777777" w:rsidTr="00D11BB2">
        <w:trPr>
          <w:trHeight w:val="533"/>
        </w:trPr>
        <w:tc>
          <w:tcPr>
            <w:tcW w:w="1418" w:type="dxa"/>
            <w:vAlign w:val="bottom"/>
          </w:tcPr>
          <w:p w14:paraId="1E634B33" w14:textId="77777777" w:rsidR="00222FFD" w:rsidRPr="00B61F98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6248943B" w14:textId="1F2E61AC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14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00</w:t>
            </w:r>
            <w:r w:rsidRPr="004F1BEB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14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bottom"/>
          </w:tcPr>
          <w:p w14:paraId="156B77D3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6E08BB4" w14:textId="77777777" w:rsidR="00222FFD" w:rsidRPr="004F1BEB" w:rsidRDefault="00222FFD" w:rsidP="00222FFD">
            <w:pPr>
              <w:pStyle w:val="TableParagraph"/>
              <w:ind w:left="8"/>
              <w:rPr>
                <w:rFonts w:asciiTheme="majorHAnsi" w:hAnsiTheme="majorHAnsi" w:cstheme="majorHAnsi"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195</w:t>
            </w:r>
          </w:p>
        </w:tc>
        <w:tc>
          <w:tcPr>
            <w:tcW w:w="4394" w:type="dxa"/>
            <w:vAlign w:val="bottom"/>
          </w:tcPr>
          <w:p w14:paraId="7F5C5F1D" w14:textId="77777777" w:rsidR="00222FFD" w:rsidRPr="004F1BEB" w:rsidRDefault="00222FFD" w:rsidP="00222FFD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B9DCDD" w14:textId="77777777" w:rsidR="00222FFD" w:rsidRPr="004F1BEB" w:rsidRDefault="00222FFD" w:rsidP="00222FFD">
            <w:pPr>
              <w:pStyle w:val="TableParagrap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F1BE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YANINO RIQUELME </w:t>
            </w:r>
            <w:r w:rsidRPr="004F1BEB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GONZALEZ</w:t>
            </w:r>
          </w:p>
        </w:tc>
        <w:tc>
          <w:tcPr>
            <w:tcW w:w="3260" w:type="dxa"/>
            <w:vAlign w:val="bottom"/>
          </w:tcPr>
          <w:p w14:paraId="3525915F" w14:textId="3C6F2D91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GEN_6 (75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 xml:space="preserve"> </w:t>
            </w: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GEN_7_1 (75 </w:t>
            </w:r>
            <w:r w:rsidRPr="004F1BEB">
              <w:rPr>
                <w:rFonts w:asciiTheme="majorHAnsi" w:hAnsiTheme="majorHAnsi" w:cstheme="majorHAnsi"/>
                <w:spacing w:val="-2"/>
                <w:sz w:val="20"/>
                <w:szCs w:val="20"/>
                <w:lang w:val="en-US"/>
              </w:rPr>
              <w:t>pts);</w:t>
            </w:r>
          </w:p>
          <w:p w14:paraId="7D46B51C" w14:textId="77777777" w:rsidR="00222FFD" w:rsidRPr="004F1BEB" w:rsidRDefault="00222FFD" w:rsidP="00222FFD">
            <w:pPr>
              <w:pStyle w:val="TableParagraph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4F1BE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GEN_7_2 (75 </w:t>
            </w:r>
            <w:r w:rsidRPr="004F1BEB">
              <w:rPr>
                <w:rFonts w:asciiTheme="majorHAnsi" w:hAnsiTheme="majorHAnsi" w:cstheme="majorHAnsi"/>
                <w:spacing w:val="-4"/>
                <w:sz w:val="20"/>
                <w:szCs w:val="20"/>
                <w:lang w:val="en-US"/>
              </w:rPr>
              <w:t>pts)</w:t>
            </w:r>
          </w:p>
        </w:tc>
      </w:tr>
    </w:tbl>
    <w:p w14:paraId="562DA620" w14:textId="07EA0AEC" w:rsidR="00EB6061" w:rsidRPr="00BC1DEE" w:rsidRDefault="00145112" w:rsidP="00E2683E">
      <w:pPr>
        <w:rPr>
          <w:rFonts w:asciiTheme="majorHAnsi" w:hAnsiTheme="majorHAnsi" w:cstheme="majorHAnsi"/>
          <w:b/>
          <w:bCs/>
          <w:sz w:val="20"/>
          <w:szCs w:val="20"/>
        </w:rPr>
      </w:pPr>
      <w:r w:rsidRPr="008049FD">
        <w:rPr>
          <w:rFonts w:asciiTheme="majorHAnsi" w:eastAsia="Calibri" w:hAnsiTheme="majorHAnsi" w:cstheme="majorHAnsi"/>
          <w:noProof/>
          <w:sz w:val="20"/>
          <w:szCs w:val="20"/>
        </w:rPr>
        <w:drawing>
          <wp:anchor distT="0" distB="0" distL="0" distR="0" simplePos="0" relativeHeight="251661312" behindDoc="1" locked="0" layoutInCell="1" allowOverlap="1" wp14:anchorId="0ABD0356" wp14:editId="1035A2EE">
            <wp:simplePos x="0" y="0"/>
            <wp:positionH relativeFrom="page">
              <wp:posOffset>288290</wp:posOffset>
            </wp:positionH>
            <wp:positionV relativeFrom="page">
              <wp:posOffset>287655</wp:posOffset>
            </wp:positionV>
            <wp:extent cx="7211850" cy="10842050"/>
            <wp:effectExtent l="0" t="0" r="0" b="0"/>
            <wp:wrapNone/>
            <wp:docPr id="997198919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1850" cy="1084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B6061" w:rsidRPr="00BC1DEE" w:rsidSect="0072507A">
      <w:pgSz w:w="12183" w:h="17858" w:code="345"/>
      <w:pgMar w:top="454" w:right="454" w:bottom="454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3912404">
    <w:abstractNumId w:val="8"/>
  </w:num>
  <w:num w:numId="2" w16cid:durableId="841746670">
    <w:abstractNumId w:val="6"/>
  </w:num>
  <w:num w:numId="3" w16cid:durableId="1129981830">
    <w:abstractNumId w:val="5"/>
  </w:num>
  <w:num w:numId="4" w16cid:durableId="1255867579">
    <w:abstractNumId w:val="4"/>
  </w:num>
  <w:num w:numId="5" w16cid:durableId="490946644">
    <w:abstractNumId w:val="7"/>
  </w:num>
  <w:num w:numId="6" w16cid:durableId="419331995">
    <w:abstractNumId w:val="3"/>
  </w:num>
  <w:num w:numId="7" w16cid:durableId="1796943765">
    <w:abstractNumId w:val="2"/>
  </w:num>
  <w:num w:numId="8" w16cid:durableId="1523083780">
    <w:abstractNumId w:val="1"/>
  </w:num>
  <w:num w:numId="9" w16cid:durableId="152948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FF5"/>
    <w:rsid w:val="0006063C"/>
    <w:rsid w:val="000731B6"/>
    <w:rsid w:val="00086DAA"/>
    <w:rsid w:val="000F1599"/>
    <w:rsid w:val="0014421A"/>
    <w:rsid w:val="00145112"/>
    <w:rsid w:val="0015074B"/>
    <w:rsid w:val="00151D85"/>
    <w:rsid w:val="00166540"/>
    <w:rsid w:val="001718FE"/>
    <w:rsid w:val="0019048A"/>
    <w:rsid w:val="001B19E0"/>
    <w:rsid w:val="00222FFD"/>
    <w:rsid w:val="0024682D"/>
    <w:rsid w:val="00263AB5"/>
    <w:rsid w:val="0029639D"/>
    <w:rsid w:val="002B03CC"/>
    <w:rsid w:val="002C6343"/>
    <w:rsid w:val="002F595B"/>
    <w:rsid w:val="002F6010"/>
    <w:rsid w:val="00326F90"/>
    <w:rsid w:val="00375A3D"/>
    <w:rsid w:val="0039664F"/>
    <w:rsid w:val="003A64D8"/>
    <w:rsid w:val="003B46DA"/>
    <w:rsid w:val="003C10E8"/>
    <w:rsid w:val="003C3B61"/>
    <w:rsid w:val="004B6EBD"/>
    <w:rsid w:val="004D73C8"/>
    <w:rsid w:val="004F1BEB"/>
    <w:rsid w:val="00687570"/>
    <w:rsid w:val="006D7ECB"/>
    <w:rsid w:val="0072507A"/>
    <w:rsid w:val="0073300C"/>
    <w:rsid w:val="007368E9"/>
    <w:rsid w:val="007B393E"/>
    <w:rsid w:val="007F5414"/>
    <w:rsid w:val="008049FD"/>
    <w:rsid w:val="0094371E"/>
    <w:rsid w:val="009D399E"/>
    <w:rsid w:val="009E545D"/>
    <w:rsid w:val="00A20765"/>
    <w:rsid w:val="00A259CA"/>
    <w:rsid w:val="00A357E0"/>
    <w:rsid w:val="00A64A71"/>
    <w:rsid w:val="00A776ED"/>
    <w:rsid w:val="00AA1D8D"/>
    <w:rsid w:val="00B00C67"/>
    <w:rsid w:val="00B218CC"/>
    <w:rsid w:val="00B47730"/>
    <w:rsid w:val="00B55BB0"/>
    <w:rsid w:val="00B61F98"/>
    <w:rsid w:val="00BB5C08"/>
    <w:rsid w:val="00BC1DEE"/>
    <w:rsid w:val="00C42B37"/>
    <w:rsid w:val="00C64029"/>
    <w:rsid w:val="00C94762"/>
    <w:rsid w:val="00CA1301"/>
    <w:rsid w:val="00CA3037"/>
    <w:rsid w:val="00CA4E46"/>
    <w:rsid w:val="00CB0664"/>
    <w:rsid w:val="00CC1144"/>
    <w:rsid w:val="00D11BB2"/>
    <w:rsid w:val="00D5241F"/>
    <w:rsid w:val="00E14EFD"/>
    <w:rsid w:val="00E20DF9"/>
    <w:rsid w:val="00E2683E"/>
    <w:rsid w:val="00E57900"/>
    <w:rsid w:val="00E776CE"/>
    <w:rsid w:val="00EB6061"/>
    <w:rsid w:val="00F77446"/>
    <w:rsid w:val="00FC693F"/>
    <w:rsid w:val="00FF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ADCA0FF-4E8D-4977-98B1-D9407F47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4"/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4D73C8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D73C8"/>
    <w:pPr>
      <w:widowControl w:val="0"/>
      <w:autoSpaceDE w:val="0"/>
      <w:autoSpaceDN w:val="0"/>
      <w:spacing w:after="0" w:line="240" w:lineRule="auto"/>
      <w:ind w:left="59"/>
    </w:pPr>
    <w:rPr>
      <w:rFonts w:ascii="Arial MT" w:eastAsia="Arial MT" w:hAnsi="Arial MT" w:cs="Arial MT"/>
      <w:sz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2984</TotalTime>
  <Pages>1</Pages>
  <Words>384</Words>
  <Characters>2118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José Luis  Pulgar Vega</cp:lastModifiedBy>
  <cp:revision>24</cp:revision>
  <cp:lastPrinted>2026-08-18T13:01:00Z</cp:lastPrinted>
  <dcterms:created xsi:type="dcterms:W3CDTF">2026-08-13T20:50:00Z</dcterms:created>
  <dcterms:modified xsi:type="dcterms:W3CDTF">2026-08-24T14:34:00Z</dcterms:modified>
  <cp:category/>
</cp:coreProperties>
</file>