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FC902" w14:textId="102B6E99" w:rsidR="00E776CE" w:rsidRPr="00304F3C" w:rsidRDefault="003A64D8" w:rsidP="00502030">
      <w:pPr>
        <w:spacing w:after="20"/>
        <w:jc w:val="both"/>
        <w:rPr>
          <w:rFonts w:asciiTheme="majorHAnsi" w:hAnsiTheme="majorHAnsi" w:cstheme="majorHAnsi"/>
          <w:b/>
          <w:sz w:val="22"/>
        </w:rPr>
      </w:pPr>
      <w:r w:rsidRPr="00304F3C">
        <w:rPr>
          <w:rFonts w:asciiTheme="majorHAnsi" w:eastAsia="Calibri" w:hAnsiTheme="majorHAnsi" w:cstheme="majorHAnsi"/>
          <w:noProof/>
          <w:sz w:val="22"/>
        </w:rPr>
        <w:drawing>
          <wp:anchor distT="0" distB="0" distL="0" distR="0" simplePos="0" relativeHeight="251658752" behindDoc="1" locked="0" layoutInCell="1" allowOverlap="1" wp14:anchorId="631E0CC2" wp14:editId="12DC69E3">
            <wp:simplePos x="0" y="0"/>
            <wp:positionH relativeFrom="page">
              <wp:posOffset>288290</wp:posOffset>
            </wp:positionH>
            <wp:positionV relativeFrom="page">
              <wp:posOffset>287655</wp:posOffset>
            </wp:positionV>
            <wp:extent cx="7211850" cy="108420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1850" cy="1084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CCF764" w14:textId="77777777" w:rsidR="00E776CE" w:rsidRPr="00304F3C" w:rsidRDefault="00E776CE" w:rsidP="00502030">
      <w:pPr>
        <w:spacing w:after="20"/>
        <w:jc w:val="both"/>
        <w:rPr>
          <w:rFonts w:asciiTheme="majorHAnsi" w:hAnsiTheme="majorHAnsi" w:cstheme="majorHAnsi"/>
          <w:b/>
          <w:sz w:val="22"/>
        </w:rPr>
      </w:pPr>
    </w:p>
    <w:p w14:paraId="4C22E5F2" w14:textId="77777777" w:rsidR="00E776CE" w:rsidRPr="00304F3C" w:rsidRDefault="00E776CE" w:rsidP="00502030">
      <w:pPr>
        <w:spacing w:after="20"/>
        <w:jc w:val="both"/>
        <w:rPr>
          <w:rFonts w:asciiTheme="majorHAnsi" w:hAnsiTheme="majorHAnsi" w:cstheme="majorHAnsi"/>
          <w:b/>
          <w:sz w:val="22"/>
        </w:rPr>
      </w:pPr>
    </w:p>
    <w:p w14:paraId="2E0AB9AA" w14:textId="77777777" w:rsidR="00E776CE" w:rsidRPr="00304F3C" w:rsidRDefault="00E776CE" w:rsidP="00502030">
      <w:pPr>
        <w:spacing w:after="20"/>
        <w:jc w:val="both"/>
        <w:rPr>
          <w:rFonts w:asciiTheme="majorHAnsi" w:hAnsiTheme="majorHAnsi" w:cstheme="majorHAnsi"/>
          <w:b/>
          <w:sz w:val="22"/>
        </w:rPr>
      </w:pPr>
    </w:p>
    <w:p w14:paraId="3C4BD654" w14:textId="77777777" w:rsidR="00E776CE" w:rsidRPr="00304F3C" w:rsidRDefault="00E776CE" w:rsidP="00502030">
      <w:pPr>
        <w:spacing w:after="20"/>
        <w:jc w:val="both"/>
        <w:rPr>
          <w:rFonts w:asciiTheme="majorHAnsi" w:hAnsiTheme="majorHAnsi" w:cstheme="majorHAnsi"/>
          <w:b/>
          <w:sz w:val="22"/>
        </w:rPr>
      </w:pPr>
    </w:p>
    <w:p w14:paraId="7AABE6B5" w14:textId="7024504B" w:rsidR="00444B77" w:rsidRDefault="00444B77" w:rsidP="001E1DD0">
      <w:pPr>
        <w:tabs>
          <w:tab w:val="left" w:pos="8280"/>
        </w:tabs>
        <w:spacing w:after="20"/>
        <w:rPr>
          <w:rFonts w:asciiTheme="majorHAnsi" w:hAnsiTheme="majorHAnsi" w:cstheme="majorHAnsi"/>
          <w:b/>
          <w:sz w:val="22"/>
        </w:rPr>
      </w:pPr>
      <w:r>
        <w:rPr>
          <w:rFonts w:asciiTheme="majorHAnsi" w:hAnsiTheme="majorHAnsi" w:cstheme="majorHAnsi"/>
          <w:b/>
          <w:sz w:val="22"/>
        </w:rPr>
        <w:tab/>
      </w:r>
      <w:r w:rsidR="006A07A3">
        <w:rPr>
          <w:rFonts w:asciiTheme="majorHAnsi" w:hAnsiTheme="majorHAnsi" w:cstheme="majorHAnsi"/>
          <w:b/>
          <w:sz w:val="22"/>
        </w:rPr>
        <w:t>19/08/2026</w:t>
      </w:r>
      <w:r w:rsidR="00C9094C">
        <w:rPr>
          <w:rFonts w:asciiTheme="majorHAnsi" w:hAnsiTheme="majorHAnsi" w:cstheme="majorHAnsi"/>
          <w:b/>
          <w:sz w:val="22"/>
        </w:rPr>
        <w:t xml:space="preserve">       </w:t>
      </w:r>
    </w:p>
    <w:p w14:paraId="64BE8DB1" w14:textId="77777777" w:rsidR="00444B77" w:rsidRPr="00304F3C" w:rsidRDefault="00444B77" w:rsidP="00444B77">
      <w:pPr>
        <w:spacing w:after="20"/>
        <w:rPr>
          <w:rFonts w:asciiTheme="majorHAnsi" w:hAnsiTheme="majorHAnsi" w:cstheme="majorHAnsi"/>
          <w:b/>
          <w:sz w:val="22"/>
        </w:rPr>
      </w:pPr>
    </w:p>
    <w:p w14:paraId="79BC9F6A" w14:textId="5890937C" w:rsidR="00CA3037" w:rsidRPr="00304F3C" w:rsidRDefault="00000000" w:rsidP="00084220">
      <w:pPr>
        <w:spacing w:after="20"/>
        <w:jc w:val="center"/>
        <w:rPr>
          <w:rFonts w:asciiTheme="majorHAnsi" w:hAnsiTheme="majorHAnsi" w:cstheme="majorHAnsi"/>
          <w:sz w:val="22"/>
        </w:rPr>
      </w:pPr>
      <w:r w:rsidRPr="00304F3C">
        <w:rPr>
          <w:rFonts w:asciiTheme="majorHAnsi" w:hAnsiTheme="majorHAnsi" w:cstheme="majorHAnsi"/>
          <w:b/>
          <w:sz w:val="22"/>
        </w:rPr>
        <w:t>CALENDARIO DE ENTREVISTAS LABORALES</w:t>
      </w:r>
    </w:p>
    <w:p w14:paraId="543C941A" w14:textId="40AE56C8" w:rsidR="00CA3037" w:rsidRPr="00304F3C" w:rsidRDefault="00000000" w:rsidP="00084220">
      <w:pPr>
        <w:spacing w:after="40"/>
        <w:jc w:val="center"/>
        <w:rPr>
          <w:rFonts w:asciiTheme="majorHAnsi" w:hAnsiTheme="majorHAnsi" w:cstheme="majorHAnsi"/>
          <w:b/>
          <w:bCs/>
          <w:sz w:val="22"/>
        </w:rPr>
      </w:pPr>
      <w:r w:rsidRPr="00304F3C">
        <w:rPr>
          <w:rFonts w:asciiTheme="majorHAnsi" w:hAnsiTheme="majorHAnsi" w:cstheme="majorHAnsi"/>
          <w:b/>
          <w:bCs/>
          <w:sz w:val="22"/>
        </w:rPr>
        <w:t>Concurso Público D. Ex. N° 510/2026 - I</w:t>
      </w:r>
      <w:r w:rsidR="00EB6061" w:rsidRPr="00304F3C">
        <w:rPr>
          <w:rFonts w:asciiTheme="majorHAnsi" w:hAnsiTheme="majorHAnsi" w:cstheme="majorHAnsi"/>
          <w:b/>
          <w:bCs/>
          <w:sz w:val="22"/>
        </w:rPr>
        <w:t>lustre</w:t>
      </w:r>
      <w:r w:rsidRPr="00304F3C">
        <w:rPr>
          <w:rFonts w:asciiTheme="majorHAnsi" w:hAnsiTheme="majorHAnsi" w:cstheme="majorHAnsi"/>
          <w:b/>
          <w:bCs/>
          <w:sz w:val="22"/>
        </w:rPr>
        <w:t xml:space="preserve"> Municipalidad de Valparaíso</w:t>
      </w:r>
    </w:p>
    <w:p w14:paraId="605DECD4" w14:textId="77777777" w:rsidR="00057419" w:rsidRDefault="00057419" w:rsidP="00502030">
      <w:pPr>
        <w:spacing w:after="80"/>
        <w:ind w:left="851" w:right="559" w:firstLine="589"/>
        <w:jc w:val="both"/>
        <w:rPr>
          <w:rFonts w:asciiTheme="majorHAnsi" w:hAnsiTheme="majorHAnsi" w:cstheme="majorHAnsi"/>
          <w:sz w:val="22"/>
        </w:rPr>
      </w:pPr>
    </w:p>
    <w:p w14:paraId="35BCC698" w14:textId="621F2867" w:rsidR="003A64D8" w:rsidRPr="00304F3C" w:rsidRDefault="008049FD" w:rsidP="00502030">
      <w:pPr>
        <w:spacing w:after="80"/>
        <w:ind w:left="851" w:right="559" w:firstLine="589"/>
        <w:jc w:val="both"/>
        <w:rPr>
          <w:rFonts w:asciiTheme="majorHAnsi" w:hAnsiTheme="majorHAnsi" w:cstheme="majorHAnsi"/>
          <w:sz w:val="22"/>
        </w:rPr>
      </w:pPr>
      <w:r w:rsidRPr="00304F3C">
        <w:rPr>
          <w:rFonts w:asciiTheme="majorHAnsi" w:hAnsiTheme="majorHAnsi" w:cstheme="majorHAnsi"/>
          <w:sz w:val="22"/>
        </w:rPr>
        <w:t xml:space="preserve">De conformidad con </w:t>
      </w:r>
      <w:r w:rsidR="0014421A" w:rsidRPr="00304F3C">
        <w:rPr>
          <w:rFonts w:asciiTheme="majorHAnsi" w:hAnsiTheme="majorHAnsi" w:cstheme="majorHAnsi"/>
          <w:sz w:val="22"/>
        </w:rPr>
        <w:t>lo dispuesto en las bases concursales N</w:t>
      </w:r>
      <w:r w:rsidR="00CC1144" w:rsidRPr="00304F3C">
        <w:rPr>
          <w:rFonts w:asciiTheme="majorHAnsi" w:hAnsiTheme="majorHAnsi" w:cstheme="majorHAnsi"/>
          <w:sz w:val="22"/>
        </w:rPr>
        <w:t xml:space="preserve">°510/20226, de la Ilustre Municipalidad de Valparaíso, </w:t>
      </w:r>
      <w:r w:rsidR="00417742">
        <w:rPr>
          <w:rFonts w:asciiTheme="majorHAnsi" w:hAnsiTheme="majorHAnsi" w:cstheme="majorHAnsi"/>
          <w:sz w:val="22"/>
        </w:rPr>
        <w:t>se da continuidad a</w:t>
      </w:r>
      <w:r w:rsidR="0019048A" w:rsidRPr="00304F3C">
        <w:rPr>
          <w:rFonts w:asciiTheme="majorHAnsi" w:hAnsiTheme="majorHAnsi" w:cstheme="majorHAnsi"/>
          <w:sz w:val="22"/>
        </w:rPr>
        <w:t xml:space="preserve"> la etapa de entrevista laboral, regulada en el punto 5.3.3 de las</w:t>
      </w:r>
      <w:r w:rsidR="00C94762" w:rsidRPr="00304F3C">
        <w:rPr>
          <w:rFonts w:asciiTheme="majorHAnsi" w:hAnsiTheme="majorHAnsi" w:cstheme="majorHAnsi"/>
          <w:sz w:val="22"/>
        </w:rPr>
        <w:t xml:space="preserve"> referidas</w:t>
      </w:r>
      <w:r w:rsidR="0019048A" w:rsidRPr="00304F3C">
        <w:rPr>
          <w:rFonts w:asciiTheme="majorHAnsi" w:hAnsiTheme="majorHAnsi" w:cstheme="majorHAnsi"/>
          <w:sz w:val="22"/>
        </w:rPr>
        <w:t xml:space="preserve"> bases. </w:t>
      </w:r>
      <w:r w:rsidR="002C6343" w:rsidRPr="00304F3C">
        <w:rPr>
          <w:rFonts w:asciiTheme="majorHAnsi" w:hAnsiTheme="majorHAnsi" w:cstheme="majorHAnsi"/>
          <w:sz w:val="22"/>
        </w:rPr>
        <w:t xml:space="preserve">En esta etapa, </w:t>
      </w:r>
      <w:r w:rsidR="00166540" w:rsidRPr="00304F3C">
        <w:rPr>
          <w:rFonts w:asciiTheme="majorHAnsi" w:hAnsiTheme="majorHAnsi" w:cstheme="majorHAnsi"/>
          <w:sz w:val="22"/>
        </w:rPr>
        <w:t xml:space="preserve">las personas convocadas deberán </w:t>
      </w:r>
      <w:r w:rsidR="0024682D" w:rsidRPr="00304F3C">
        <w:rPr>
          <w:rFonts w:asciiTheme="majorHAnsi" w:hAnsiTheme="majorHAnsi" w:cstheme="majorHAnsi"/>
          <w:sz w:val="22"/>
        </w:rPr>
        <w:t>rendir una entrevista personal, presencial y de oposición oral</w:t>
      </w:r>
      <w:r w:rsidR="00166540" w:rsidRPr="00304F3C">
        <w:rPr>
          <w:rFonts w:asciiTheme="majorHAnsi" w:hAnsiTheme="majorHAnsi" w:cstheme="majorHAnsi"/>
          <w:sz w:val="22"/>
        </w:rPr>
        <w:t>, en las dependencias municipales y en día y hora que a continuación se señalan</w:t>
      </w:r>
      <w:r w:rsidR="003C3B61" w:rsidRPr="00304F3C">
        <w:rPr>
          <w:rFonts w:asciiTheme="majorHAnsi" w:hAnsiTheme="majorHAnsi" w:cstheme="majorHAnsi"/>
          <w:sz w:val="22"/>
        </w:rPr>
        <w:t>.</w:t>
      </w:r>
      <w:r w:rsidR="0024682D" w:rsidRPr="00304F3C">
        <w:rPr>
          <w:rFonts w:asciiTheme="majorHAnsi" w:hAnsiTheme="majorHAnsi" w:cstheme="majorHAnsi"/>
          <w:sz w:val="22"/>
        </w:rPr>
        <w:t xml:space="preserve"> </w:t>
      </w:r>
    </w:p>
    <w:p w14:paraId="37DBC203" w14:textId="77777777" w:rsidR="003A64D8" w:rsidRPr="00304F3C" w:rsidRDefault="003A64D8" w:rsidP="00502030">
      <w:pPr>
        <w:spacing w:after="80"/>
        <w:ind w:left="851"/>
        <w:jc w:val="both"/>
        <w:rPr>
          <w:rFonts w:asciiTheme="majorHAnsi" w:hAnsiTheme="majorHAnsi" w:cstheme="majorHAnsi"/>
          <w:sz w:val="22"/>
        </w:rPr>
      </w:pPr>
    </w:p>
    <w:p w14:paraId="5170033C" w14:textId="60374C3A" w:rsidR="00166540" w:rsidRPr="00304F3C" w:rsidRDefault="004F003C" w:rsidP="00502030">
      <w:pPr>
        <w:spacing w:after="80"/>
        <w:ind w:left="851"/>
        <w:jc w:val="both"/>
        <w:rPr>
          <w:rFonts w:asciiTheme="majorHAnsi" w:hAnsiTheme="majorHAnsi" w:cstheme="majorHAnsi"/>
          <w:b/>
          <w:bCs/>
          <w:sz w:val="22"/>
          <w:u w:val="single"/>
        </w:rPr>
      </w:pPr>
      <w:r w:rsidRPr="00304F3C">
        <w:rPr>
          <w:rFonts w:asciiTheme="majorHAnsi" w:hAnsiTheme="majorHAnsi" w:cstheme="majorHAnsi"/>
          <w:b/>
          <w:bCs/>
          <w:sz w:val="22"/>
          <w:u w:val="single"/>
        </w:rPr>
        <w:t>LUNES 24 DE AGOSTO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6"/>
        <w:gridCol w:w="737"/>
        <w:gridCol w:w="4470"/>
        <w:gridCol w:w="3118"/>
      </w:tblGrid>
      <w:tr w:rsidR="00AC5BDF" w:rsidRPr="00960F16" w14:paraId="71D68E16" w14:textId="77777777" w:rsidTr="001E2E43">
        <w:trPr>
          <w:tblHeader/>
          <w:jc w:val="center"/>
        </w:trPr>
        <w:tc>
          <w:tcPr>
            <w:tcW w:w="1876" w:type="dxa"/>
            <w:shd w:val="clear" w:color="auto" w:fill="E6E6E6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9BF6D28" w14:textId="77777777" w:rsidR="00AC5BDF" w:rsidRPr="00960F16" w:rsidRDefault="00AC5BDF" w:rsidP="00502030">
            <w:pPr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60F16">
              <w:rPr>
                <w:rFonts w:asciiTheme="majorHAnsi" w:hAnsiTheme="majorHAnsi" w:cstheme="majorHAnsi"/>
                <w:b/>
                <w:sz w:val="20"/>
                <w:szCs w:val="20"/>
              </w:rPr>
              <w:t>Hora</w:t>
            </w:r>
          </w:p>
        </w:tc>
        <w:tc>
          <w:tcPr>
            <w:tcW w:w="737" w:type="dxa"/>
            <w:shd w:val="clear" w:color="auto" w:fill="E6E6E6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FCB6CCD" w14:textId="77777777" w:rsidR="00AC5BDF" w:rsidRPr="00960F16" w:rsidRDefault="00AC5BDF" w:rsidP="00502030">
            <w:pPr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60F16">
              <w:rPr>
                <w:rFonts w:asciiTheme="majorHAnsi" w:hAnsiTheme="majorHAnsi" w:cstheme="majorHAnsi"/>
                <w:b/>
                <w:sz w:val="20"/>
                <w:szCs w:val="20"/>
              </w:rPr>
              <w:t>Folio</w:t>
            </w:r>
          </w:p>
        </w:tc>
        <w:tc>
          <w:tcPr>
            <w:tcW w:w="4470" w:type="dxa"/>
            <w:shd w:val="clear" w:color="auto" w:fill="E6E6E6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A19C312" w14:textId="77777777" w:rsidR="00AC5BDF" w:rsidRPr="00960F16" w:rsidRDefault="00AC5BDF" w:rsidP="00502030">
            <w:pPr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60F16">
              <w:rPr>
                <w:rFonts w:asciiTheme="majorHAnsi" w:hAnsiTheme="majorHAnsi" w:cstheme="majorHAnsi"/>
                <w:b/>
                <w:sz w:val="20"/>
                <w:szCs w:val="20"/>
              </w:rPr>
              <w:t>Postulante</w:t>
            </w:r>
          </w:p>
        </w:tc>
        <w:tc>
          <w:tcPr>
            <w:tcW w:w="3118" w:type="dxa"/>
            <w:shd w:val="clear" w:color="auto" w:fill="E6E6E6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595D7822" w14:textId="77777777" w:rsidR="00AC5BDF" w:rsidRPr="00960F16" w:rsidRDefault="00AC5BDF" w:rsidP="00417742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960F16">
              <w:rPr>
                <w:rFonts w:asciiTheme="majorHAnsi" w:hAnsiTheme="majorHAnsi" w:cstheme="majorHAnsi"/>
                <w:b/>
                <w:sz w:val="20"/>
                <w:szCs w:val="20"/>
              </w:rPr>
              <w:t>Cargo(s)</w:t>
            </w:r>
          </w:p>
        </w:tc>
      </w:tr>
      <w:tr w:rsidR="006A07A3" w:rsidRPr="00960F16" w14:paraId="682217E8" w14:textId="77777777" w:rsidTr="00422B6D">
        <w:trPr>
          <w:jc w:val="center"/>
        </w:trPr>
        <w:tc>
          <w:tcPr>
            <w:tcW w:w="187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F15C4BF" w14:textId="24385C95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09:00-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09:15</w:t>
            </w:r>
          </w:p>
        </w:tc>
        <w:tc>
          <w:tcPr>
            <w:tcW w:w="737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129BCD0" w14:textId="5E4CA25A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55</w:t>
            </w:r>
          </w:p>
        </w:tc>
        <w:tc>
          <w:tcPr>
            <w:tcW w:w="4470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93D40D9" w14:textId="5BAB61DE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SUSANNE REPOSSI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IRRGANG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DED6AAD" w14:textId="332D1453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DE_6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60F16" w14:paraId="4A9B2FC8" w14:textId="77777777" w:rsidTr="00422B6D">
        <w:trPr>
          <w:jc w:val="center"/>
        </w:trPr>
        <w:tc>
          <w:tcPr>
            <w:tcW w:w="187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3C07936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EFC0DCC" w14:textId="59F6C4E3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09:15-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09:30</w:t>
            </w:r>
          </w:p>
        </w:tc>
        <w:tc>
          <w:tcPr>
            <w:tcW w:w="737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FE590B7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6AA483E" w14:textId="24EDC91F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50</w:t>
            </w:r>
          </w:p>
        </w:tc>
        <w:tc>
          <w:tcPr>
            <w:tcW w:w="4470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C076F00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DA2332F" w14:textId="143A0E92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JAIME GUTIERREZ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FIGUEROA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AE660DB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29288EA" w14:textId="031E81E3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DE_6 (85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60F16" w14:paraId="020EE1F0" w14:textId="77777777" w:rsidTr="00422B6D">
        <w:trPr>
          <w:jc w:val="center"/>
        </w:trPr>
        <w:tc>
          <w:tcPr>
            <w:tcW w:w="187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E84DD08" w14:textId="1FE5C5DA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09:30-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09:45</w:t>
            </w:r>
          </w:p>
        </w:tc>
        <w:tc>
          <w:tcPr>
            <w:tcW w:w="737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A20506E" w14:textId="5FC1C767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60</w:t>
            </w:r>
          </w:p>
        </w:tc>
        <w:tc>
          <w:tcPr>
            <w:tcW w:w="4470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4BA3B3E" w14:textId="64485FD6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ANTHONY GUERRERO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VELASQUEZ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77F849A" w14:textId="36E0BB87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INF_6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60F16" w14:paraId="01CE1A56" w14:textId="77777777" w:rsidTr="00422B6D">
        <w:trPr>
          <w:jc w:val="center"/>
        </w:trPr>
        <w:tc>
          <w:tcPr>
            <w:tcW w:w="187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FFE6D70" w14:textId="625F8149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09:45-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10:00</w:t>
            </w:r>
          </w:p>
        </w:tc>
        <w:tc>
          <w:tcPr>
            <w:tcW w:w="737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EB90C7A" w14:textId="7902A572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127</w:t>
            </w:r>
          </w:p>
        </w:tc>
        <w:tc>
          <w:tcPr>
            <w:tcW w:w="4470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C2063F0" w14:textId="7AECF18F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BELGICA MUÑOZ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SANDOVAL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1A6A9D4" w14:textId="5138776F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INF_6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60F16" w14:paraId="240BBF1E" w14:textId="77777777" w:rsidTr="00422B6D">
        <w:trPr>
          <w:jc w:val="center"/>
        </w:trPr>
        <w:tc>
          <w:tcPr>
            <w:tcW w:w="187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AD5136E" w14:textId="1663F546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10:00-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10:15</w:t>
            </w:r>
          </w:p>
        </w:tc>
        <w:tc>
          <w:tcPr>
            <w:tcW w:w="737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B575A06" w14:textId="10435582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23</w:t>
            </w:r>
          </w:p>
        </w:tc>
        <w:tc>
          <w:tcPr>
            <w:tcW w:w="4470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1257AB6" w14:textId="213D0A39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BRAIHAM TAPIA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GONZALEZ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5E16C7D" w14:textId="38CCCE0F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INF_6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C02AA" w14:paraId="6115B7A8" w14:textId="77777777" w:rsidTr="00422B6D">
        <w:trPr>
          <w:jc w:val="center"/>
        </w:trPr>
        <w:tc>
          <w:tcPr>
            <w:tcW w:w="187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1AFB537" w14:textId="2C5319E0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10:15-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10:30</w:t>
            </w:r>
          </w:p>
        </w:tc>
        <w:tc>
          <w:tcPr>
            <w:tcW w:w="737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CC7FE94" w14:textId="2A2ECAAF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216</w:t>
            </w:r>
          </w:p>
        </w:tc>
        <w:tc>
          <w:tcPr>
            <w:tcW w:w="4470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F7E80DC" w14:textId="21C63A4C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JUAN ALVAREZ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GALLARDO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3222C98" w14:textId="2E646C7A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INF_6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C02AA" w14:paraId="12B627AE" w14:textId="77777777" w:rsidTr="00422B6D">
        <w:trPr>
          <w:jc w:val="center"/>
        </w:trPr>
        <w:tc>
          <w:tcPr>
            <w:tcW w:w="187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9338C37" w14:textId="38E37DFD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10:30-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10:55</w:t>
            </w:r>
          </w:p>
        </w:tc>
        <w:tc>
          <w:tcPr>
            <w:tcW w:w="737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996C7D6" w14:textId="676CA82B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203</w:t>
            </w:r>
          </w:p>
        </w:tc>
        <w:tc>
          <w:tcPr>
            <w:tcW w:w="4470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87D3CE0" w14:textId="164C5CFE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>SAULO</w:t>
            </w:r>
            <w:r w:rsidRPr="006A07A3">
              <w:rPr>
                <w:rFonts w:asciiTheme="majorHAnsi" w:hAnsiTheme="majorHAnsi" w:cstheme="majorHAnsi"/>
                <w:b/>
                <w:spacing w:val="5"/>
                <w:sz w:val="20"/>
                <w:szCs w:val="20"/>
              </w:rPr>
              <w:t xml:space="preserve"> </w:t>
            </w: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>ESPINOZA</w:t>
            </w:r>
            <w:r w:rsidRPr="006A07A3">
              <w:rPr>
                <w:rFonts w:asciiTheme="majorHAnsi" w:hAnsiTheme="majorHAnsi" w:cstheme="majorHAnsi"/>
                <w:b/>
                <w:spacing w:val="6"/>
                <w:sz w:val="20"/>
                <w:szCs w:val="20"/>
              </w:rPr>
              <w:t xml:space="preserve">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ARANEDA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79538F0" w14:textId="0F241F9E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GEN_6</w:t>
            </w:r>
            <w:r w:rsidRPr="006A07A3">
              <w:rPr>
                <w:rFonts w:asciiTheme="majorHAnsi" w:hAnsiTheme="majorHAnsi" w:cstheme="majorHAnsi"/>
                <w:spacing w:val="3"/>
                <w:sz w:val="20"/>
                <w:szCs w:val="20"/>
              </w:rPr>
              <w:t xml:space="preserve">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(100</w:t>
            </w:r>
            <w:r w:rsidRPr="006A07A3">
              <w:rPr>
                <w:rFonts w:asciiTheme="majorHAnsi" w:hAnsiTheme="majorHAnsi" w:cstheme="majorHAnsi"/>
                <w:spacing w:val="3"/>
                <w:sz w:val="20"/>
                <w:szCs w:val="20"/>
              </w:rPr>
              <w:t xml:space="preserve">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PYJ_7</w:t>
            </w:r>
            <w:r w:rsidRPr="006A07A3">
              <w:rPr>
                <w:rFonts w:asciiTheme="majorHAnsi" w:hAnsiTheme="majorHAnsi" w:cstheme="majorHAnsi"/>
                <w:spacing w:val="3"/>
                <w:sz w:val="20"/>
                <w:szCs w:val="20"/>
              </w:rPr>
              <w:t xml:space="preserve">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(100</w:t>
            </w:r>
            <w:r w:rsidRPr="006A07A3">
              <w:rPr>
                <w:rFonts w:asciiTheme="majorHAnsi" w:hAnsiTheme="majorHAnsi" w:cstheme="majorHAnsi"/>
                <w:spacing w:val="3"/>
                <w:sz w:val="20"/>
                <w:szCs w:val="20"/>
              </w:rPr>
              <w:t xml:space="preserve">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60F16" w14:paraId="76F8D599" w14:textId="77777777" w:rsidTr="00422B6D">
        <w:trPr>
          <w:jc w:val="center"/>
        </w:trPr>
        <w:tc>
          <w:tcPr>
            <w:tcW w:w="187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F5FDD78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11D058A" w14:textId="6BC001A8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10:55-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11:20</w:t>
            </w:r>
          </w:p>
        </w:tc>
        <w:tc>
          <w:tcPr>
            <w:tcW w:w="737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C568F29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16A7C58" w14:textId="5FBEFDA5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167</w:t>
            </w:r>
          </w:p>
        </w:tc>
        <w:tc>
          <w:tcPr>
            <w:tcW w:w="4470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037EA1A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D30DD29" w14:textId="7C1CA482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>MARIA</w:t>
            </w:r>
            <w:r w:rsidRPr="006A07A3">
              <w:rPr>
                <w:rFonts w:asciiTheme="majorHAnsi" w:hAnsiTheme="majorHAnsi" w:cstheme="majorHAnsi"/>
                <w:b/>
                <w:spacing w:val="-1"/>
                <w:sz w:val="20"/>
                <w:szCs w:val="20"/>
              </w:rPr>
              <w:t xml:space="preserve"> </w:t>
            </w: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>TAMARA</w:t>
            </w:r>
            <w:r w:rsidRPr="006A07A3">
              <w:rPr>
                <w:rFonts w:asciiTheme="majorHAnsi" w:hAnsiTheme="majorHAnsi" w:cstheme="majorHAnsi"/>
                <w:b/>
                <w:spacing w:val="-1"/>
                <w:sz w:val="20"/>
                <w:szCs w:val="20"/>
              </w:rPr>
              <w:t xml:space="preserve"> </w:t>
            </w: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>SAEZ</w:t>
            </w:r>
            <w:r w:rsidRPr="006A07A3">
              <w:rPr>
                <w:rFonts w:asciiTheme="majorHAnsi" w:hAnsiTheme="majorHAnsi" w:cstheme="majorHAnsi"/>
                <w:b/>
                <w:spacing w:val="-1"/>
                <w:sz w:val="20"/>
                <w:szCs w:val="20"/>
              </w:rPr>
              <w:t xml:space="preserve"> </w:t>
            </w: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>PONCE</w:t>
            </w:r>
            <w:r w:rsidRPr="006A07A3">
              <w:rPr>
                <w:rFonts w:asciiTheme="majorHAnsi" w:hAnsiTheme="majorHAnsi" w:cstheme="majorHAnsi"/>
                <w:b/>
                <w:spacing w:val="-1"/>
                <w:sz w:val="20"/>
                <w:szCs w:val="20"/>
              </w:rPr>
              <w:t xml:space="preserve"> </w:t>
            </w: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>DE</w:t>
            </w:r>
            <w:r w:rsidRPr="006A07A3">
              <w:rPr>
                <w:rFonts w:asciiTheme="majorHAnsi" w:hAnsiTheme="majorHAnsi" w:cstheme="majorHAnsi"/>
                <w:b/>
                <w:spacing w:val="-1"/>
                <w:sz w:val="20"/>
                <w:szCs w:val="20"/>
              </w:rPr>
              <w:t xml:space="preserve"> </w:t>
            </w:r>
            <w:r w:rsidRPr="006A07A3">
              <w:rPr>
                <w:rFonts w:asciiTheme="majorHAnsi" w:hAnsiTheme="majorHAnsi" w:cstheme="majorHAnsi"/>
                <w:b/>
                <w:spacing w:val="-4"/>
                <w:sz w:val="20"/>
                <w:szCs w:val="20"/>
              </w:rPr>
              <w:t>LEON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6A159A5" w14:textId="3BF36C90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VIV_7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60F16" w14:paraId="6D040E84" w14:textId="77777777" w:rsidTr="00422B6D">
        <w:trPr>
          <w:jc w:val="center"/>
        </w:trPr>
        <w:tc>
          <w:tcPr>
            <w:tcW w:w="187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EC1B77A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3273370" w14:textId="18A8B657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11:20-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11:45</w:t>
            </w:r>
          </w:p>
        </w:tc>
        <w:tc>
          <w:tcPr>
            <w:tcW w:w="737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9441232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1ED160B" w14:textId="437B036C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118</w:t>
            </w:r>
          </w:p>
        </w:tc>
        <w:tc>
          <w:tcPr>
            <w:tcW w:w="4470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C9917C4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F739358" w14:textId="283191F2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RODRIGO SANCHEZ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INOSTROZA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FE8474C" w14:textId="1A8F5393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DE_6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60F16" w14:paraId="1D1DB719" w14:textId="77777777" w:rsidTr="00422B6D">
        <w:trPr>
          <w:jc w:val="center"/>
        </w:trPr>
        <w:tc>
          <w:tcPr>
            <w:tcW w:w="187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8A70A59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FADCAF9" w14:textId="7B44C5CE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11:45-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12:10</w:t>
            </w:r>
          </w:p>
        </w:tc>
        <w:tc>
          <w:tcPr>
            <w:tcW w:w="737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579CD8A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9509762" w14:textId="2CCEE4E0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89</w:t>
            </w:r>
          </w:p>
        </w:tc>
        <w:tc>
          <w:tcPr>
            <w:tcW w:w="4470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5B60861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3CC7E25" w14:textId="136C4C6E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CARLA OYARZUN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PINOCHET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228B59C" w14:textId="77777777" w:rsidR="006A07A3" w:rsidRPr="006A07A3" w:rsidRDefault="006A07A3" w:rsidP="006A07A3">
            <w:pPr>
              <w:pStyle w:val="TableParagraph"/>
              <w:spacing w:before="53" w:line="149" w:lineRule="exact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(75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(75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pts);</w:t>
            </w:r>
          </w:p>
          <w:p w14:paraId="5710085D" w14:textId="5ECBF6A4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DE_6 (75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(75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C02AA" w14:paraId="2033FA4D" w14:textId="77777777" w:rsidTr="00422B6D">
        <w:trPr>
          <w:jc w:val="center"/>
        </w:trPr>
        <w:tc>
          <w:tcPr>
            <w:tcW w:w="187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288DAD7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805EF5C" w14:textId="27401FFB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12:10-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12:35</w:t>
            </w:r>
          </w:p>
        </w:tc>
        <w:tc>
          <w:tcPr>
            <w:tcW w:w="737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0FB045D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6BC5585" w14:textId="78E33DFF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157</w:t>
            </w:r>
          </w:p>
        </w:tc>
        <w:tc>
          <w:tcPr>
            <w:tcW w:w="4470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67F2107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2299286" w14:textId="1622E09D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PABLO BOMBAL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CORDOVA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90920DE" w14:textId="77777777" w:rsidR="006A07A3" w:rsidRPr="006A07A3" w:rsidRDefault="006A07A3" w:rsidP="006A07A3">
            <w:pPr>
              <w:pStyle w:val="TableParagraph"/>
              <w:spacing w:before="53" w:line="149" w:lineRule="exact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pts);</w:t>
            </w:r>
          </w:p>
          <w:p w14:paraId="3FE71C43" w14:textId="0E3EA504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VIV_7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60F16" w14:paraId="021066EA" w14:textId="77777777" w:rsidTr="00422B6D">
        <w:trPr>
          <w:jc w:val="center"/>
        </w:trPr>
        <w:tc>
          <w:tcPr>
            <w:tcW w:w="187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278C331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5162C26" w14:textId="1DE5171A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12:35-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13:00</w:t>
            </w:r>
          </w:p>
        </w:tc>
        <w:tc>
          <w:tcPr>
            <w:tcW w:w="737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F7B3E8A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EA86EEB" w14:textId="261AFE17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74</w:t>
            </w:r>
          </w:p>
        </w:tc>
        <w:tc>
          <w:tcPr>
            <w:tcW w:w="4470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1DAA98F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EB4014A" w14:textId="2CA79E8E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CLAUDIO MORANT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VALDES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AA25E82" w14:textId="347FC240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INF_6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C02AA" w14:paraId="22A694F2" w14:textId="77777777" w:rsidTr="00422B6D">
        <w:trPr>
          <w:jc w:val="center"/>
        </w:trPr>
        <w:tc>
          <w:tcPr>
            <w:tcW w:w="187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E9DCD82" w14:textId="77777777" w:rsidR="006A07A3" w:rsidRPr="006A07A3" w:rsidRDefault="006A07A3" w:rsidP="006A07A3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6E19BCA" w14:textId="77777777" w:rsidR="006A07A3" w:rsidRPr="006A07A3" w:rsidRDefault="006A07A3" w:rsidP="006A07A3">
            <w:pPr>
              <w:pStyle w:val="TableParagraph"/>
              <w:spacing w:before="5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B6557B0" w14:textId="28226AA1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13:00-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13:35</w:t>
            </w:r>
          </w:p>
        </w:tc>
        <w:tc>
          <w:tcPr>
            <w:tcW w:w="737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09051E0" w14:textId="77777777" w:rsidR="006A07A3" w:rsidRPr="006A07A3" w:rsidRDefault="006A07A3" w:rsidP="006A07A3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BA1E0FA" w14:textId="77777777" w:rsidR="006A07A3" w:rsidRPr="006A07A3" w:rsidRDefault="006A07A3" w:rsidP="006A07A3">
            <w:pPr>
              <w:pStyle w:val="TableParagraph"/>
              <w:spacing w:before="5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9E1C09F" w14:textId="3C40D886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71</w:t>
            </w:r>
          </w:p>
        </w:tc>
        <w:tc>
          <w:tcPr>
            <w:tcW w:w="4470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C79F445" w14:textId="77777777" w:rsidR="006A07A3" w:rsidRPr="006A07A3" w:rsidRDefault="006A07A3" w:rsidP="006A07A3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D9CCCA9" w14:textId="77777777" w:rsidR="006A07A3" w:rsidRPr="006A07A3" w:rsidRDefault="006A07A3" w:rsidP="006A07A3">
            <w:pPr>
              <w:pStyle w:val="TableParagraph"/>
              <w:spacing w:before="5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4A76AC1" w14:textId="6364682D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LUIS VALENZUELA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CRUZAT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5B74388" w14:textId="21002DD4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SEG_7 (85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DE_6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C02AA" w14:paraId="59A1A1BB" w14:textId="77777777" w:rsidTr="0067416B">
        <w:trPr>
          <w:jc w:val="center"/>
        </w:trPr>
        <w:tc>
          <w:tcPr>
            <w:tcW w:w="10201" w:type="dxa"/>
            <w:gridSpan w:val="4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BBA0012" w14:textId="77777777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A07A3" w:rsidRPr="00960F16" w14:paraId="7A711A88" w14:textId="77777777" w:rsidTr="00422B6D">
        <w:trPr>
          <w:jc w:val="center"/>
        </w:trPr>
        <w:tc>
          <w:tcPr>
            <w:tcW w:w="187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7BF6912" w14:textId="43302914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15:15-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15:30</w:t>
            </w:r>
          </w:p>
        </w:tc>
        <w:tc>
          <w:tcPr>
            <w:tcW w:w="737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52EC0BF" w14:textId="2F744B1D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169</w:t>
            </w:r>
          </w:p>
        </w:tc>
        <w:tc>
          <w:tcPr>
            <w:tcW w:w="4470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DA50479" w14:textId="0C948E2B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PABLO VARGAS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GONZALEZ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EA992C9" w14:textId="48445C85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INF_6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C02AA" w14:paraId="2B94289B" w14:textId="77777777" w:rsidTr="00422B6D">
        <w:trPr>
          <w:jc w:val="center"/>
        </w:trPr>
        <w:tc>
          <w:tcPr>
            <w:tcW w:w="187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74342C0" w14:textId="2F014029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15:30-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15:45</w:t>
            </w:r>
          </w:p>
        </w:tc>
        <w:tc>
          <w:tcPr>
            <w:tcW w:w="737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A64ABCB" w14:textId="53301B50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14</w:t>
            </w:r>
          </w:p>
        </w:tc>
        <w:tc>
          <w:tcPr>
            <w:tcW w:w="4470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31F8841" w14:textId="1B740EB0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RODRIGO OSORIO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AYALA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BBAE29B" w14:textId="779AAAE1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INF_6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60F16" w14:paraId="492B5373" w14:textId="77777777" w:rsidTr="00422B6D">
        <w:trPr>
          <w:jc w:val="center"/>
        </w:trPr>
        <w:tc>
          <w:tcPr>
            <w:tcW w:w="187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C8D1235" w14:textId="55930356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15:45-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16:00</w:t>
            </w:r>
          </w:p>
        </w:tc>
        <w:tc>
          <w:tcPr>
            <w:tcW w:w="737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B003CE4" w14:textId="3BD41E89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100</w:t>
            </w:r>
          </w:p>
        </w:tc>
        <w:tc>
          <w:tcPr>
            <w:tcW w:w="4470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32CD52B" w14:textId="5E7BF2F1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RODRIGO SEGURA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OLIVARES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9FA7A1B" w14:textId="7F202FC8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INF_6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60F16" w14:paraId="2EDD1B72" w14:textId="77777777" w:rsidTr="00422B6D">
        <w:trPr>
          <w:jc w:val="center"/>
        </w:trPr>
        <w:tc>
          <w:tcPr>
            <w:tcW w:w="187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6D5F91D" w14:textId="7E5B2B0C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16:00-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16:15</w:t>
            </w:r>
          </w:p>
        </w:tc>
        <w:tc>
          <w:tcPr>
            <w:tcW w:w="737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9C2C305" w14:textId="3B496332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13</w:t>
            </w:r>
          </w:p>
        </w:tc>
        <w:tc>
          <w:tcPr>
            <w:tcW w:w="4470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FC08FD3" w14:textId="0CB85C3D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DIEGO ORSOLA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HERNÁNDEZ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95A78E7" w14:textId="6E3FE3A6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INF_6 (85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60F16" w14:paraId="02D1CAC8" w14:textId="77777777" w:rsidTr="00422B6D">
        <w:trPr>
          <w:jc w:val="center"/>
        </w:trPr>
        <w:tc>
          <w:tcPr>
            <w:tcW w:w="187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DFA1286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74590B8" w14:textId="6DA57A8A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16:15-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16:40</w:t>
            </w:r>
          </w:p>
        </w:tc>
        <w:tc>
          <w:tcPr>
            <w:tcW w:w="737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C62896C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2CDD14A" w14:textId="2B3ED38C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238</w:t>
            </w:r>
          </w:p>
        </w:tc>
        <w:tc>
          <w:tcPr>
            <w:tcW w:w="4470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BB179FB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CE2D3AE" w14:textId="22A163C8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EMANUEL ROBLES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ARANCIBIA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4DFA536" w14:textId="078B4B9E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INF_6 (85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60F16" w14:paraId="007F2842" w14:textId="77777777" w:rsidTr="00422B6D">
        <w:trPr>
          <w:jc w:val="center"/>
        </w:trPr>
        <w:tc>
          <w:tcPr>
            <w:tcW w:w="187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3375F03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0AA17BC" w14:textId="4E449EDA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16:40-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17:05</w:t>
            </w:r>
          </w:p>
        </w:tc>
        <w:tc>
          <w:tcPr>
            <w:tcW w:w="737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9C7965B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85D432B" w14:textId="38E00670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239</w:t>
            </w:r>
          </w:p>
        </w:tc>
        <w:tc>
          <w:tcPr>
            <w:tcW w:w="4470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FE20C9F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CE6811D" w14:textId="7E0B1151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JUAN PABLO VIDAL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ARAYA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1F43417" w14:textId="7CD06399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INF_6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60F16" w14:paraId="65A7AEF4" w14:textId="77777777" w:rsidTr="00981546">
        <w:trPr>
          <w:trHeight w:val="653"/>
          <w:jc w:val="center"/>
        </w:trPr>
        <w:tc>
          <w:tcPr>
            <w:tcW w:w="187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CEFC544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B835EA4" w14:textId="456FC0DB" w:rsidR="006A07A3" w:rsidRPr="006A07A3" w:rsidRDefault="006A07A3" w:rsidP="006A07A3">
            <w:pPr>
              <w:spacing w:before="125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17:05-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17:30</w:t>
            </w:r>
          </w:p>
        </w:tc>
        <w:tc>
          <w:tcPr>
            <w:tcW w:w="737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B4674D6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9D27F90" w14:textId="08FD296F" w:rsidR="006A07A3" w:rsidRPr="006A07A3" w:rsidRDefault="006A07A3" w:rsidP="006A07A3">
            <w:pPr>
              <w:spacing w:before="125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122</w:t>
            </w:r>
          </w:p>
        </w:tc>
        <w:tc>
          <w:tcPr>
            <w:tcW w:w="4470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32B4C2E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B7483D1" w14:textId="5F167E24" w:rsidR="006A07A3" w:rsidRPr="006A07A3" w:rsidRDefault="006A07A3" w:rsidP="006A07A3">
            <w:pPr>
              <w:spacing w:before="125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MIGUEL ANGEL VERA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ASTUDILLO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CF2079C" w14:textId="77777777" w:rsidR="006A07A3" w:rsidRPr="006A07A3" w:rsidRDefault="006A07A3" w:rsidP="006A07A3">
            <w:pPr>
              <w:pStyle w:val="TableParagraph"/>
              <w:spacing w:before="53" w:line="149" w:lineRule="exact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pts);</w:t>
            </w:r>
          </w:p>
          <w:p w14:paraId="2FF1ADDC" w14:textId="6C1AF863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INF_6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</w:tbl>
    <w:p w14:paraId="4FDDF425" w14:textId="77777777" w:rsidR="00CD68E5" w:rsidRPr="00304F3C" w:rsidRDefault="00CD68E5" w:rsidP="00502030">
      <w:pPr>
        <w:ind w:left="851"/>
        <w:jc w:val="both"/>
        <w:rPr>
          <w:rFonts w:asciiTheme="majorHAnsi" w:hAnsiTheme="majorHAnsi" w:cstheme="majorHAnsi"/>
          <w:sz w:val="22"/>
        </w:rPr>
      </w:pPr>
    </w:p>
    <w:p w14:paraId="357A9DFB" w14:textId="77777777" w:rsidR="00BC1DEE" w:rsidRPr="00304F3C" w:rsidRDefault="00BC1DEE" w:rsidP="00502030">
      <w:pPr>
        <w:jc w:val="both"/>
        <w:rPr>
          <w:rFonts w:asciiTheme="majorHAnsi" w:hAnsiTheme="majorHAnsi" w:cstheme="majorHAnsi"/>
          <w:sz w:val="22"/>
        </w:rPr>
      </w:pPr>
    </w:p>
    <w:p w14:paraId="1C476560" w14:textId="77777777" w:rsidR="00BC1DEE" w:rsidRPr="00304F3C" w:rsidRDefault="00BC1DEE" w:rsidP="00502030">
      <w:pPr>
        <w:jc w:val="both"/>
        <w:rPr>
          <w:rFonts w:asciiTheme="majorHAnsi" w:hAnsiTheme="majorHAnsi" w:cstheme="majorHAnsi"/>
          <w:sz w:val="22"/>
        </w:rPr>
      </w:pPr>
    </w:p>
    <w:p w14:paraId="4E619F03" w14:textId="7FFD768F" w:rsidR="006A07A3" w:rsidRPr="00EB2E54" w:rsidRDefault="00145112" w:rsidP="00EB2E54">
      <w:pPr>
        <w:ind w:left="851"/>
        <w:jc w:val="both"/>
        <w:rPr>
          <w:rFonts w:asciiTheme="majorHAnsi" w:hAnsiTheme="majorHAnsi" w:cstheme="majorHAnsi"/>
          <w:b/>
          <w:bCs/>
          <w:sz w:val="22"/>
        </w:rPr>
      </w:pPr>
      <w:r w:rsidRPr="00304F3C">
        <w:rPr>
          <w:rFonts w:asciiTheme="majorHAnsi" w:eastAsia="Calibri" w:hAnsiTheme="majorHAnsi" w:cstheme="majorHAnsi"/>
          <w:noProof/>
          <w:sz w:val="22"/>
        </w:rPr>
        <w:drawing>
          <wp:anchor distT="0" distB="0" distL="0" distR="0" simplePos="0" relativeHeight="251661312" behindDoc="1" locked="0" layoutInCell="1" allowOverlap="1" wp14:anchorId="0ABD0356" wp14:editId="1E18847F">
            <wp:simplePos x="0" y="0"/>
            <wp:positionH relativeFrom="page">
              <wp:posOffset>288290</wp:posOffset>
            </wp:positionH>
            <wp:positionV relativeFrom="page">
              <wp:posOffset>287655</wp:posOffset>
            </wp:positionV>
            <wp:extent cx="7211850" cy="10842050"/>
            <wp:effectExtent l="0" t="0" r="0" b="0"/>
            <wp:wrapNone/>
            <wp:docPr id="997198919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1850" cy="1084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4CEEB4" w14:textId="45C91619" w:rsidR="00BC1DEE" w:rsidRPr="00304F3C" w:rsidRDefault="004F003C" w:rsidP="00502030">
      <w:pPr>
        <w:ind w:left="851"/>
        <w:jc w:val="both"/>
        <w:rPr>
          <w:rFonts w:asciiTheme="majorHAnsi" w:hAnsiTheme="majorHAnsi" w:cstheme="majorHAnsi"/>
          <w:b/>
          <w:bCs/>
          <w:sz w:val="22"/>
          <w:u w:val="single"/>
        </w:rPr>
      </w:pPr>
      <w:r w:rsidRPr="00304F3C">
        <w:rPr>
          <w:rFonts w:asciiTheme="majorHAnsi" w:hAnsiTheme="majorHAnsi" w:cstheme="majorHAnsi"/>
          <w:b/>
          <w:bCs/>
          <w:sz w:val="22"/>
          <w:u w:val="single"/>
        </w:rPr>
        <w:t xml:space="preserve">MARTES </w:t>
      </w:r>
      <w:r w:rsidR="009B1A36" w:rsidRPr="00304F3C">
        <w:rPr>
          <w:rFonts w:asciiTheme="majorHAnsi" w:hAnsiTheme="majorHAnsi" w:cstheme="majorHAnsi"/>
          <w:b/>
          <w:bCs/>
          <w:sz w:val="22"/>
          <w:u w:val="single"/>
        </w:rPr>
        <w:t>25 DE AGOSTO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851"/>
        <w:gridCol w:w="4394"/>
        <w:gridCol w:w="3118"/>
      </w:tblGrid>
      <w:tr w:rsidR="00F2078E" w:rsidRPr="00960F16" w14:paraId="2F12CC9A" w14:textId="77777777" w:rsidTr="00CF4F17">
        <w:trPr>
          <w:tblHeader/>
          <w:jc w:val="center"/>
        </w:trPr>
        <w:tc>
          <w:tcPr>
            <w:tcW w:w="1838" w:type="dxa"/>
            <w:shd w:val="clear" w:color="auto" w:fill="E6E6E6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0520736E" w14:textId="5D9F5A7A" w:rsidR="00960F16" w:rsidRPr="00960F16" w:rsidRDefault="00F2078E" w:rsidP="00502030">
            <w:pPr>
              <w:spacing w:after="0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960F16">
              <w:rPr>
                <w:rFonts w:asciiTheme="majorHAnsi" w:hAnsiTheme="majorHAnsi" w:cstheme="majorHAnsi"/>
                <w:b/>
                <w:sz w:val="20"/>
                <w:szCs w:val="20"/>
              </w:rPr>
              <w:t>Hora</w:t>
            </w:r>
          </w:p>
        </w:tc>
        <w:tc>
          <w:tcPr>
            <w:tcW w:w="851" w:type="dxa"/>
            <w:shd w:val="clear" w:color="auto" w:fill="E6E6E6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8F8F6BC" w14:textId="77777777" w:rsidR="00F2078E" w:rsidRPr="00960F16" w:rsidRDefault="00F2078E" w:rsidP="00502030">
            <w:pPr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60F16">
              <w:rPr>
                <w:rFonts w:asciiTheme="majorHAnsi" w:hAnsiTheme="majorHAnsi" w:cstheme="majorHAnsi"/>
                <w:b/>
                <w:sz w:val="20"/>
                <w:szCs w:val="20"/>
              </w:rPr>
              <w:t>Folio</w:t>
            </w:r>
          </w:p>
        </w:tc>
        <w:tc>
          <w:tcPr>
            <w:tcW w:w="4394" w:type="dxa"/>
            <w:shd w:val="clear" w:color="auto" w:fill="E6E6E6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21E77D8" w14:textId="71D6B37B" w:rsidR="00F2078E" w:rsidRPr="00960F16" w:rsidRDefault="00F2078E" w:rsidP="00502030">
            <w:pPr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60F16">
              <w:rPr>
                <w:rFonts w:asciiTheme="majorHAnsi" w:hAnsiTheme="majorHAnsi" w:cstheme="majorHAnsi"/>
                <w:b/>
                <w:sz w:val="20"/>
                <w:szCs w:val="20"/>
              </w:rPr>
              <w:t>Postulante</w:t>
            </w:r>
          </w:p>
        </w:tc>
        <w:tc>
          <w:tcPr>
            <w:tcW w:w="3118" w:type="dxa"/>
            <w:shd w:val="clear" w:color="auto" w:fill="E6E6E6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5E86260" w14:textId="77777777" w:rsidR="00F2078E" w:rsidRPr="00960F16" w:rsidRDefault="00F2078E" w:rsidP="001E2E43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960F16">
              <w:rPr>
                <w:rFonts w:asciiTheme="majorHAnsi" w:hAnsiTheme="majorHAnsi" w:cstheme="majorHAnsi"/>
                <w:b/>
                <w:sz w:val="20"/>
                <w:szCs w:val="20"/>
              </w:rPr>
              <w:t>Cargo(s)</w:t>
            </w:r>
          </w:p>
        </w:tc>
      </w:tr>
      <w:tr w:rsidR="006A07A3" w:rsidRPr="00960F16" w14:paraId="5D7CABD5" w14:textId="77777777" w:rsidTr="00CF4F1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75A3981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F3FED9C" w14:textId="4B5CCE6C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09:00-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09:15</w:t>
            </w:r>
          </w:p>
        </w:tc>
        <w:tc>
          <w:tcPr>
            <w:tcW w:w="851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70DC041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28B6651" w14:textId="55955487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236</w:t>
            </w:r>
          </w:p>
        </w:tc>
        <w:tc>
          <w:tcPr>
            <w:tcW w:w="4394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078B938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8E119F3" w14:textId="326658F6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MIGUEL REYES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DINAMARCA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21AF58C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EAD6806" w14:textId="7F4AC8B2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INF_6 (85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60F16" w14:paraId="4B815248" w14:textId="77777777" w:rsidTr="00CF4F1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2D8FBC0" w14:textId="3A2FB980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09:15-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09:30</w:t>
            </w:r>
          </w:p>
        </w:tc>
        <w:tc>
          <w:tcPr>
            <w:tcW w:w="851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93EA169" w14:textId="27B25306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231</w:t>
            </w:r>
          </w:p>
        </w:tc>
        <w:tc>
          <w:tcPr>
            <w:tcW w:w="4394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2C2F682" w14:textId="346FAF2F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CRISTOBAL BARRA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MONSALVE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C77D05C" w14:textId="16BA96F5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INF_6 (75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C02AA" w14:paraId="1C28A8AC" w14:textId="77777777" w:rsidTr="00CF4F1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75CADB7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B3E6D8C" w14:textId="198119ED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09:30-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09:45</w:t>
            </w:r>
          </w:p>
        </w:tc>
        <w:tc>
          <w:tcPr>
            <w:tcW w:w="851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4B5E622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4FD6215" w14:textId="714A599A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119</w:t>
            </w:r>
          </w:p>
        </w:tc>
        <w:tc>
          <w:tcPr>
            <w:tcW w:w="4394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BDF5ABC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7A8B1BE" w14:textId="12A88C02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CLAUDIA HAFELIN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MANRÍQUEZ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DB7B85D" w14:textId="655A55C0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C02AA" w14:paraId="55F7A756" w14:textId="77777777" w:rsidTr="00CF4F1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BF933EF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EDB7CA3" w14:textId="024A3184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09:45-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10:10</w:t>
            </w:r>
          </w:p>
        </w:tc>
        <w:tc>
          <w:tcPr>
            <w:tcW w:w="851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C093992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5497539" w14:textId="38F27A85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230</w:t>
            </w:r>
          </w:p>
        </w:tc>
        <w:tc>
          <w:tcPr>
            <w:tcW w:w="4394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1B81DE2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E22D6CA" w14:textId="5F5F19AD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JENNIFER FIGUEROA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CASTILLO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996B702" w14:textId="7B3EB863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SEG_7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C02AA" w14:paraId="3693240A" w14:textId="77777777" w:rsidTr="00CF4F1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DA07518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8DB5F64" w14:textId="3FB91D25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10:10-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10:35</w:t>
            </w:r>
          </w:p>
        </w:tc>
        <w:tc>
          <w:tcPr>
            <w:tcW w:w="851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F3AAC35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2E74E4E" w14:textId="08ED69B7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145</w:t>
            </w:r>
          </w:p>
        </w:tc>
        <w:tc>
          <w:tcPr>
            <w:tcW w:w="4394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B9C1014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EB3CB0B" w14:textId="7D2186A2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JAIME RODRIGUEZ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MANRIQUEZ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281547E" w14:textId="7AB9FC84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SEG_7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C02AA" w14:paraId="019F2609" w14:textId="77777777" w:rsidTr="00CF4F1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04310F0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5DA6B4D" w14:textId="27ED7E30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10:35-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11:00</w:t>
            </w:r>
          </w:p>
        </w:tc>
        <w:tc>
          <w:tcPr>
            <w:tcW w:w="851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89CDD9A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7534761" w14:textId="54EE119E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143</w:t>
            </w:r>
          </w:p>
        </w:tc>
        <w:tc>
          <w:tcPr>
            <w:tcW w:w="4394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7D9CBED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0E64F5A" w14:textId="4970F0F4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JESUS FIGARI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LUENGO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E7ECD85" w14:textId="6D9CA77D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SEG_7 (85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C02AA" w14:paraId="7AE3AC42" w14:textId="77777777" w:rsidTr="00CF4F1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B83A91B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182E785" w14:textId="04FB74FC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11:00-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11:25</w:t>
            </w:r>
          </w:p>
        </w:tc>
        <w:tc>
          <w:tcPr>
            <w:tcW w:w="851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6806B70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5F8BD03" w14:textId="57A66367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38</w:t>
            </w:r>
          </w:p>
        </w:tc>
        <w:tc>
          <w:tcPr>
            <w:tcW w:w="4394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157A2D3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277E1B3" w14:textId="0A0E49BA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LORENA MORAGA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GALVEZ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C1A600D" w14:textId="69CDF298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SEG_7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C02AA" w14:paraId="13BC0B1A" w14:textId="77777777" w:rsidTr="00CF4F1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073EB64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B546281" w14:textId="2A1A479A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11:25-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11:50</w:t>
            </w:r>
          </w:p>
        </w:tc>
        <w:tc>
          <w:tcPr>
            <w:tcW w:w="851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76AAB9C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F53B286" w14:textId="12465937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19</w:t>
            </w:r>
          </w:p>
        </w:tc>
        <w:tc>
          <w:tcPr>
            <w:tcW w:w="4394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DC9E42B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8F49959" w14:textId="0543125A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MARCELA ESPINOZA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SILVA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AAB9691" w14:textId="6AA9FBA7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SEG_7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C02AA" w14:paraId="5A410957" w14:textId="77777777" w:rsidTr="00CF4F1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F9BFE34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002906E" w14:textId="3E73D467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11:50-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12:15</w:t>
            </w:r>
          </w:p>
        </w:tc>
        <w:tc>
          <w:tcPr>
            <w:tcW w:w="851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DB1A547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D6B9756" w14:textId="031E8CE8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84</w:t>
            </w:r>
          </w:p>
        </w:tc>
        <w:tc>
          <w:tcPr>
            <w:tcW w:w="4394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C641FE5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399B41B" w14:textId="28289DB0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CAROLINA VEGA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CARMONA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A9F3F02" w14:textId="6DB8CB7C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SEG_7 (85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(85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(85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(85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C02AA" w14:paraId="26F38387" w14:textId="77777777" w:rsidTr="00CF4F1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D7EBA31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C1031BD" w14:textId="71B9A225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12:15-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12:40</w:t>
            </w:r>
          </w:p>
        </w:tc>
        <w:tc>
          <w:tcPr>
            <w:tcW w:w="851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4885796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450DF0C" w14:textId="5D95031C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10"/>
                <w:sz w:val="20"/>
                <w:szCs w:val="20"/>
              </w:rPr>
              <w:t>1</w:t>
            </w:r>
          </w:p>
        </w:tc>
        <w:tc>
          <w:tcPr>
            <w:tcW w:w="4394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67E6AC0" w14:textId="77777777" w:rsidR="006A07A3" w:rsidRPr="006A07A3" w:rsidRDefault="006A07A3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D89C2D4" w14:textId="2AD205CB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FABIAN GONZALEZ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GONZALEZ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903EEF7" w14:textId="4A3AF1FF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(85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(85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(85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SEG_7 (85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3714E9" w:rsidRPr="009C02AA" w14:paraId="091B7FE9" w14:textId="77777777" w:rsidTr="00CF4F1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6E6F777" w14:textId="47F55F78" w:rsidR="003714E9" w:rsidRPr="006A07A3" w:rsidRDefault="003714E9" w:rsidP="003714E9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12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40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-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12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:</w:t>
            </w:r>
            <w:r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5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5</w:t>
            </w:r>
          </w:p>
        </w:tc>
        <w:tc>
          <w:tcPr>
            <w:tcW w:w="851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5B05324" w14:textId="0E5F7EC8" w:rsidR="003714E9" w:rsidRPr="006A07A3" w:rsidRDefault="003714E9" w:rsidP="003714E9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223</w:t>
            </w:r>
          </w:p>
        </w:tc>
        <w:tc>
          <w:tcPr>
            <w:tcW w:w="4394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8726DC9" w14:textId="008F82EC" w:rsidR="003714E9" w:rsidRPr="006A07A3" w:rsidRDefault="003714E9" w:rsidP="003714E9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KAREN YUS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PULGAR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8EA8C76" w14:textId="1C9E370F" w:rsidR="003714E9" w:rsidRPr="006A07A3" w:rsidRDefault="003714E9" w:rsidP="003714E9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INF_6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C02AA" w14:paraId="5579E018" w14:textId="77777777" w:rsidTr="00CF4F17">
        <w:trPr>
          <w:jc w:val="center"/>
        </w:trPr>
        <w:tc>
          <w:tcPr>
            <w:tcW w:w="10201" w:type="dxa"/>
            <w:gridSpan w:val="4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DF119DB" w14:textId="77777777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6A07A3" w:rsidRPr="009C02AA" w14:paraId="73417586" w14:textId="77777777" w:rsidTr="00CF4F1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89CD91E" w14:textId="2CAD5E14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15:00-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15:15</w:t>
            </w:r>
          </w:p>
        </w:tc>
        <w:tc>
          <w:tcPr>
            <w:tcW w:w="851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4420354" w14:textId="7E0386AF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103</w:t>
            </w:r>
          </w:p>
        </w:tc>
        <w:tc>
          <w:tcPr>
            <w:tcW w:w="4394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3868689" w14:textId="50674578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ANDREA GONZALEZ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CONCA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AE3E127" w14:textId="6439D361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60F16" w14:paraId="31DE3EFF" w14:textId="77777777" w:rsidTr="00CF4F1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1468626" w14:textId="58C4DAAE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15:15-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15:30</w:t>
            </w:r>
          </w:p>
        </w:tc>
        <w:tc>
          <w:tcPr>
            <w:tcW w:w="851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9952C01" w14:textId="6E605631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87</w:t>
            </w:r>
          </w:p>
        </w:tc>
        <w:tc>
          <w:tcPr>
            <w:tcW w:w="4394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AC61826" w14:textId="67EAA9F8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ANDREA SUAZO </w:t>
            </w:r>
            <w:r w:rsidRPr="006A07A3">
              <w:rPr>
                <w:rFonts w:asciiTheme="majorHAnsi" w:hAnsiTheme="majorHAnsi" w:cstheme="majorHAnsi"/>
                <w:b/>
                <w:spacing w:val="-5"/>
                <w:sz w:val="20"/>
                <w:szCs w:val="20"/>
              </w:rPr>
              <w:t>HAM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C995853" w14:textId="5A57E1D7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60F16" w14:paraId="493F20E5" w14:textId="77777777" w:rsidTr="00CF4F1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623841F" w14:textId="5D018B41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15:30-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15:45</w:t>
            </w:r>
          </w:p>
        </w:tc>
        <w:tc>
          <w:tcPr>
            <w:tcW w:w="851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B9057AE" w14:textId="2C55A905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94</w:t>
            </w:r>
          </w:p>
        </w:tc>
        <w:tc>
          <w:tcPr>
            <w:tcW w:w="4394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B806D73" w14:textId="160199A8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CLAUDIA ULLOA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ESPINOZA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8F3BA4E" w14:textId="3597B409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60F16" w14:paraId="6A3D6DA4" w14:textId="77777777" w:rsidTr="00CF4F1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5DDD3E0" w14:textId="67F1BFB1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15:45-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16:00</w:t>
            </w:r>
          </w:p>
        </w:tc>
        <w:tc>
          <w:tcPr>
            <w:tcW w:w="851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A15F450" w14:textId="6A047BA4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95</w:t>
            </w:r>
          </w:p>
        </w:tc>
        <w:tc>
          <w:tcPr>
            <w:tcW w:w="4394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74AAD41" w14:textId="5CAC07B0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CLAUDIO ANDRES OPAZO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MEDINA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6E56AC2" w14:textId="4C9AA43C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C02AA" w14:paraId="55B437D6" w14:textId="77777777" w:rsidTr="00CF4F1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C99DC98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1A40C43" w14:textId="15B089C4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16:00-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16:15</w:t>
            </w:r>
          </w:p>
        </w:tc>
        <w:tc>
          <w:tcPr>
            <w:tcW w:w="851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AAE2D76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D773E75" w14:textId="1712EBF9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220</w:t>
            </w:r>
          </w:p>
        </w:tc>
        <w:tc>
          <w:tcPr>
            <w:tcW w:w="4394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7041002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2A3D95D" w14:textId="51E6F7EA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CARLOS AGUILAR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VOLTA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2D66381" w14:textId="3457A3C1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60F16" w14:paraId="15456612" w14:textId="77777777" w:rsidTr="00CF4F1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50716B9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DCEF3C4" w14:textId="4BFF698F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16:15-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16:30</w:t>
            </w:r>
          </w:p>
        </w:tc>
        <w:tc>
          <w:tcPr>
            <w:tcW w:w="851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0934EEB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76A9D0B" w14:textId="4E4755FA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201</w:t>
            </w:r>
          </w:p>
        </w:tc>
        <w:tc>
          <w:tcPr>
            <w:tcW w:w="4394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F1E516B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01765C5" w14:textId="49266105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CAROLA COSSIO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ZUÑIGA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CA807F0" w14:textId="161BCD42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CF4F17" w:rsidRPr="00960F16" w14:paraId="377050F3" w14:textId="77777777" w:rsidTr="00CF4F1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2787E14" w14:textId="77777777" w:rsidR="00CF4F17" w:rsidRPr="006A07A3" w:rsidRDefault="00CF4F17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26978E3" w14:textId="338980C3" w:rsidR="00CF4F17" w:rsidRPr="006A07A3" w:rsidRDefault="00CF4F17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16:45-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17:10</w:t>
            </w:r>
          </w:p>
        </w:tc>
        <w:tc>
          <w:tcPr>
            <w:tcW w:w="851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D1D74DC" w14:textId="77777777" w:rsidR="00CF4F17" w:rsidRPr="006A07A3" w:rsidRDefault="00CF4F17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34F66B8" w14:textId="2E18E25B" w:rsidR="00CF4F17" w:rsidRPr="006A07A3" w:rsidRDefault="00CF4F17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233</w:t>
            </w:r>
          </w:p>
        </w:tc>
        <w:tc>
          <w:tcPr>
            <w:tcW w:w="4394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BB08D03" w14:textId="77777777" w:rsidR="00CF4F17" w:rsidRPr="006A07A3" w:rsidRDefault="00CF4F17" w:rsidP="006A07A3">
            <w:pPr>
              <w:pStyle w:val="TableParagraph"/>
              <w:spacing w:before="125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8247AE8" w14:textId="0F1E584D" w:rsidR="00CF4F17" w:rsidRPr="006A07A3" w:rsidRDefault="00CF4F17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OSCAR BALCARCE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ALFARO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A8BFCDD" w14:textId="1A2E3BE5" w:rsidR="00CF4F17" w:rsidRPr="006A07A3" w:rsidRDefault="00CF4F17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(85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(85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(85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SEG_7 (85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</w:tbl>
    <w:p w14:paraId="61F0113E" w14:textId="77777777" w:rsidR="00B00C67" w:rsidRDefault="00B00C67" w:rsidP="00502030">
      <w:pPr>
        <w:ind w:left="851"/>
        <w:jc w:val="both"/>
        <w:rPr>
          <w:rFonts w:asciiTheme="majorHAnsi" w:hAnsiTheme="majorHAnsi" w:cstheme="majorHAnsi"/>
          <w:b/>
          <w:bCs/>
          <w:sz w:val="22"/>
          <w:lang w:val="en-US"/>
        </w:rPr>
      </w:pPr>
    </w:p>
    <w:p w14:paraId="4A8641FF" w14:textId="77777777" w:rsidR="00BF7B46" w:rsidRDefault="00BF7B46" w:rsidP="00502030">
      <w:pPr>
        <w:ind w:left="851"/>
        <w:jc w:val="both"/>
        <w:rPr>
          <w:rFonts w:asciiTheme="majorHAnsi" w:hAnsiTheme="majorHAnsi" w:cstheme="majorHAnsi"/>
          <w:b/>
          <w:bCs/>
          <w:sz w:val="22"/>
          <w:lang w:val="en-US"/>
        </w:rPr>
      </w:pPr>
    </w:p>
    <w:p w14:paraId="2F5B4B0C" w14:textId="77777777" w:rsidR="00BF7B46" w:rsidRPr="00304F3C" w:rsidRDefault="00BF7B46" w:rsidP="00502030">
      <w:pPr>
        <w:ind w:left="851"/>
        <w:jc w:val="both"/>
        <w:rPr>
          <w:rFonts w:asciiTheme="majorHAnsi" w:hAnsiTheme="majorHAnsi" w:cstheme="majorHAnsi"/>
          <w:b/>
          <w:bCs/>
          <w:sz w:val="22"/>
          <w:lang w:val="en-US"/>
        </w:rPr>
      </w:pPr>
    </w:p>
    <w:p w14:paraId="03004E2A" w14:textId="77777777" w:rsidR="00145112" w:rsidRPr="00304F3C" w:rsidRDefault="00145112" w:rsidP="00502030">
      <w:pPr>
        <w:ind w:left="851"/>
        <w:jc w:val="both"/>
        <w:rPr>
          <w:rFonts w:asciiTheme="majorHAnsi" w:hAnsiTheme="majorHAnsi" w:cstheme="majorHAnsi"/>
          <w:b/>
          <w:bCs/>
          <w:sz w:val="22"/>
          <w:lang w:val="en-US"/>
        </w:rPr>
      </w:pPr>
    </w:p>
    <w:p w14:paraId="2E7B6508" w14:textId="77777777" w:rsidR="00B218CC" w:rsidRPr="00304F3C" w:rsidRDefault="00B218CC" w:rsidP="00502030">
      <w:pPr>
        <w:ind w:left="851"/>
        <w:jc w:val="both"/>
        <w:rPr>
          <w:rFonts w:asciiTheme="majorHAnsi" w:hAnsiTheme="majorHAnsi" w:cstheme="majorHAnsi"/>
          <w:b/>
          <w:bCs/>
          <w:sz w:val="22"/>
          <w:lang w:val="en-US"/>
        </w:rPr>
      </w:pPr>
    </w:p>
    <w:p w14:paraId="78905948" w14:textId="77777777" w:rsidR="00B218CC" w:rsidRPr="00304F3C" w:rsidRDefault="00B218CC" w:rsidP="00502030">
      <w:pPr>
        <w:ind w:left="851"/>
        <w:jc w:val="both"/>
        <w:rPr>
          <w:rFonts w:asciiTheme="majorHAnsi" w:hAnsiTheme="majorHAnsi" w:cstheme="majorHAnsi"/>
          <w:b/>
          <w:bCs/>
          <w:sz w:val="22"/>
          <w:lang w:val="en-US"/>
        </w:rPr>
      </w:pPr>
    </w:p>
    <w:p w14:paraId="190009A0" w14:textId="171BA40F" w:rsidR="00B218CC" w:rsidRPr="00304F3C" w:rsidRDefault="00C42B37" w:rsidP="00502030">
      <w:pPr>
        <w:ind w:left="851"/>
        <w:jc w:val="both"/>
        <w:rPr>
          <w:rFonts w:asciiTheme="majorHAnsi" w:hAnsiTheme="majorHAnsi" w:cstheme="majorHAnsi"/>
          <w:b/>
          <w:bCs/>
          <w:sz w:val="22"/>
          <w:lang w:val="en-US"/>
        </w:rPr>
      </w:pPr>
      <w:r w:rsidRPr="00304F3C">
        <w:rPr>
          <w:rFonts w:asciiTheme="majorHAnsi" w:eastAsia="Calibri" w:hAnsiTheme="majorHAnsi" w:cstheme="majorHAnsi"/>
          <w:noProof/>
          <w:sz w:val="22"/>
        </w:rPr>
        <w:drawing>
          <wp:anchor distT="0" distB="0" distL="0" distR="0" simplePos="0" relativeHeight="251663360" behindDoc="1" locked="0" layoutInCell="1" allowOverlap="1" wp14:anchorId="1A71867A" wp14:editId="1040C48C">
            <wp:simplePos x="0" y="0"/>
            <wp:positionH relativeFrom="page">
              <wp:posOffset>288290</wp:posOffset>
            </wp:positionH>
            <wp:positionV relativeFrom="page">
              <wp:posOffset>287655</wp:posOffset>
            </wp:positionV>
            <wp:extent cx="7211850" cy="10842050"/>
            <wp:effectExtent l="0" t="0" r="0" b="0"/>
            <wp:wrapNone/>
            <wp:docPr id="55187445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1850" cy="1084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AF8672" w14:textId="77777777" w:rsidR="00C42B37" w:rsidRPr="00304F3C" w:rsidRDefault="00C42B37" w:rsidP="00502030">
      <w:pPr>
        <w:ind w:left="851"/>
        <w:jc w:val="both"/>
        <w:rPr>
          <w:rFonts w:asciiTheme="majorHAnsi" w:hAnsiTheme="majorHAnsi" w:cstheme="majorHAnsi"/>
          <w:b/>
          <w:bCs/>
          <w:sz w:val="22"/>
          <w:lang w:val="en-US"/>
        </w:rPr>
      </w:pPr>
    </w:p>
    <w:p w14:paraId="5445403B" w14:textId="77777777" w:rsidR="00C42B37" w:rsidRPr="00304F3C" w:rsidRDefault="00C42B37" w:rsidP="00502030">
      <w:pPr>
        <w:ind w:left="851"/>
        <w:jc w:val="both"/>
        <w:rPr>
          <w:rFonts w:asciiTheme="majorHAnsi" w:hAnsiTheme="majorHAnsi" w:cstheme="majorHAnsi"/>
          <w:b/>
          <w:bCs/>
          <w:sz w:val="22"/>
          <w:lang w:val="en-US"/>
        </w:rPr>
      </w:pPr>
    </w:p>
    <w:p w14:paraId="34E95B96" w14:textId="77777777" w:rsidR="00C42B37" w:rsidRPr="00304F3C" w:rsidRDefault="00C42B37" w:rsidP="00502030">
      <w:pPr>
        <w:ind w:left="851"/>
        <w:jc w:val="both"/>
        <w:rPr>
          <w:rFonts w:asciiTheme="majorHAnsi" w:hAnsiTheme="majorHAnsi" w:cstheme="majorHAnsi"/>
          <w:b/>
          <w:bCs/>
          <w:sz w:val="22"/>
          <w:lang w:val="en-US"/>
        </w:rPr>
      </w:pPr>
    </w:p>
    <w:p w14:paraId="6B4AA284" w14:textId="77777777" w:rsidR="00C42B37" w:rsidRPr="00304F3C" w:rsidRDefault="00C42B37" w:rsidP="00502030">
      <w:pPr>
        <w:ind w:left="851"/>
        <w:jc w:val="both"/>
        <w:rPr>
          <w:rFonts w:asciiTheme="majorHAnsi" w:hAnsiTheme="majorHAnsi" w:cstheme="majorHAnsi"/>
          <w:b/>
          <w:bCs/>
          <w:sz w:val="22"/>
          <w:lang w:val="en-US"/>
        </w:rPr>
      </w:pPr>
    </w:p>
    <w:p w14:paraId="79F00570" w14:textId="77777777" w:rsidR="00895F30" w:rsidRPr="002077C8" w:rsidRDefault="00895F30" w:rsidP="00502030">
      <w:pPr>
        <w:ind w:left="851"/>
        <w:jc w:val="both"/>
        <w:rPr>
          <w:rFonts w:asciiTheme="majorHAnsi" w:hAnsiTheme="majorHAnsi" w:cstheme="majorHAnsi"/>
          <w:b/>
          <w:bCs/>
          <w:sz w:val="22"/>
          <w:u w:val="single"/>
          <w:lang w:val="en-US"/>
        </w:rPr>
      </w:pPr>
    </w:p>
    <w:p w14:paraId="39D1D3E2" w14:textId="77777777" w:rsidR="00EB2E54" w:rsidRDefault="00EB2E54" w:rsidP="006A07A3">
      <w:pPr>
        <w:ind w:firstLine="720"/>
        <w:jc w:val="both"/>
        <w:rPr>
          <w:rFonts w:asciiTheme="majorHAnsi" w:hAnsiTheme="majorHAnsi" w:cstheme="majorHAnsi"/>
          <w:b/>
          <w:bCs/>
          <w:sz w:val="22"/>
          <w:u w:val="single"/>
        </w:rPr>
      </w:pPr>
    </w:p>
    <w:p w14:paraId="4954DE28" w14:textId="39BA440F" w:rsidR="00B218CC" w:rsidRPr="006A07A3" w:rsidRDefault="002077C8" w:rsidP="006A07A3">
      <w:pPr>
        <w:ind w:firstLine="720"/>
        <w:jc w:val="both"/>
        <w:rPr>
          <w:rFonts w:asciiTheme="majorHAnsi" w:hAnsiTheme="majorHAnsi" w:cstheme="majorHAnsi"/>
          <w:b/>
          <w:bCs/>
          <w:sz w:val="22"/>
          <w:u w:val="single"/>
          <w:lang w:val="en-US"/>
        </w:rPr>
      </w:pPr>
      <w:r w:rsidRPr="00304F3C">
        <w:rPr>
          <w:rFonts w:asciiTheme="majorHAnsi" w:eastAsia="Calibri" w:hAnsiTheme="majorHAnsi" w:cstheme="majorHAnsi"/>
          <w:noProof/>
          <w:sz w:val="22"/>
        </w:rPr>
        <w:drawing>
          <wp:anchor distT="0" distB="0" distL="0" distR="0" simplePos="0" relativeHeight="251665408" behindDoc="1" locked="0" layoutInCell="1" allowOverlap="1" wp14:anchorId="206A7A2F" wp14:editId="2FDE2E5F">
            <wp:simplePos x="0" y="0"/>
            <wp:positionH relativeFrom="margin">
              <wp:posOffset>0</wp:posOffset>
            </wp:positionH>
            <wp:positionV relativeFrom="margin">
              <wp:posOffset>-635</wp:posOffset>
            </wp:positionV>
            <wp:extent cx="7211850" cy="10842050"/>
            <wp:effectExtent l="0" t="0" r="8255" b="0"/>
            <wp:wrapNone/>
            <wp:docPr id="127104177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1850" cy="1084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1A36" w:rsidRPr="00304F3C">
        <w:rPr>
          <w:rFonts w:asciiTheme="majorHAnsi" w:hAnsiTheme="majorHAnsi" w:cstheme="majorHAnsi"/>
          <w:b/>
          <w:bCs/>
          <w:sz w:val="22"/>
          <w:u w:val="single"/>
        </w:rPr>
        <w:t>MIÉRCOLES 26 DE AGOSTO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709"/>
        <w:gridCol w:w="4536"/>
        <w:gridCol w:w="3118"/>
      </w:tblGrid>
      <w:tr w:rsidR="00975F7B" w:rsidRPr="00960F16" w14:paraId="26104DF8" w14:textId="77777777" w:rsidTr="001E2E43">
        <w:trPr>
          <w:tblHeader/>
          <w:jc w:val="center"/>
        </w:trPr>
        <w:tc>
          <w:tcPr>
            <w:tcW w:w="1838" w:type="dxa"/>
            <w:shd w:val="clear" w:color="auto" w:fill="E6E6E6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4A39973F" w14:textId="77777777" w:rsidR="00975F7B" w:rsidRPr="00960F16" w:rsidRDefault="00975F7B" w:rsidP="00502030">
            <w:pPr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60F16">
              <w:rPr>
                <w:rFonts w:asciiTheme="majorHAnsi" w:hAnsiTheme="majorHAnsi" w:cstheme="majorHAnsi"/>
                <w:b/>
                <w:sz w:val="20"/>
                <w:szCs w:val="20"/>
              </w:rPr>
              <w:t>Hora</w:t>
            </w:r>
          </w:p>
        </w:tc>
        <w:tc>
          <w:tcPr>
            <w:tcW w:w="709" w:type="dxa"/>
            <w:shd w:val="clear" w:color="auto" w:fill="E6E6E6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1E6C3996" w14:textId="77777777" w:rsidR="00975F7B" w:rsidRPr="00960F16" w:rsidRDefault="00975F7B" w:rsidP="00502030">
            <w:pPr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60F16">
              <w:rPr>
                <w:rFonts w:asciiTheme="majorHAnsi" w:hAnsiTheme="majorHAnsi" w:cstheme="majorHAnsi"/>
                <w:b/>
                <w:sz w:val="20"/>
                <w:szCs w:val="20"/>
              </w:rPr>
              <w:t>Folio</w:t>
            </w:r>
          </w:p>
        </w:tc>
        <w:tc>
          <w:tcPr>
            <w:tcW w:w="4536" w:type="dxa"/>
            <w:shd w:val="clear" w:color="auto" w:fill="E6E6E6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38E9DFF9" w14:textId="77777777" w:rsidR="00975F7B" w:rsidRPr="00960F16" w:rsidRDefault="00975F7B" w:rsidP="00502030">
            <w:pPr>
              <w:spacing w:after="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60F16">
              <w:rPr>
                <w:rFonts w:asciiTheme="majorHAnsi" w:hAnsiTheme="majorHAnsi" w:cstheme="majorHAnsi"/>
                <w:b/>
                <w:sz w:val="20"/>
                <w:szCs w:val="20"/>
              </w:rPr>
              <w:t>Postulante</w:t>
            </w:r>
          </w:p>
        </w:tc>
        <w:tc>
          <w:tcPr>
            <w:tcW w:w="3118" w:type="dxa"/>
            <w:shd w:val="clear" w:color="auto" w:fill="E6E6E6"/>
            <w:tcMar>
              <w:top w:w="25" w:type="dxa"/>
              <w:left w:w="35" w:type="dxa"/>
              <w:bottom w:w="25" w:type="dxa"/>
              <w:right w:w="35" w:type="dxa"/>
            </w:tcMar>
            <w:vAlign w:val="center"/>
          </w:tcPr>
          <w:p w14:paraId="7F421AEF" w14:textId="77777777" w:rsidR="00975F7B" w:rsidRPr="00960F16" w:rsidRDefault="00975F7B" w:rsidP="002340C7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960F16">
              <w:rPr>
                <w:rFonts w:asciiTheme="majorHAnsi" w:hAnsiTheme="majorHAnsi" w:cstheme="majorHAnsi"/>
                <w:b/>
                <w:sz w:val="20"/>
                <w:szCs w:val="20"/>
              </w:rPr>
              <w:t>Cargo(s)</w:t>
            </w:r>
          </w:p>
        </w:tc>
      </w:tr>
      <w:tr w:rsidR="006A07A3" w:rsidRPr="009C02AA" w14:paraId="32582632" w14:textId="77777777" w:rsidTr="005248A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A8BE268" w14:textId="4730EAE8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09:00-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09:15</w:t>
            </w:r>
          </w:p>
        </w:tc>
        <w:tc>
          <w:tcPr>
            <w:tcW w:w="709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3799C47" w14:textId="22553575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10"/>
                <w:sz w:val="20"/>
                <w:szCs w:val="20"/>
              </w:rPr>
              <w:t>4</w:t>
            </w:r>
          </w:p>
        </w:tc>
        <w:tc>
          <w:tcPr>
            <w:tcW w:w="453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B6D2A3C" w14:textId="5BEBA45A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DAVID LEON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REYES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5F9FC7E" w14:textId="5E4347C8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C02AA" w14:paraId="2381671F" w14:textId="77777777" w:rsidTr="005248A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ABE1D62" w14:textId="7FE936D6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09:15-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09:30</w:t>
            </w:r>
          </w:p>
        </w:tc>
        <w:tc>
          <w:tcPr>
            <w:tcW w:w="709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A7A34E8" w14:textId="0CFC0C19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197</w:t>
            </w:r>
          </w:p>
        </w:tc>
        <w:tc>
          <w:tcPr>
            <w:tcW w:w="453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D4C8F4E" w14:textId="1F414DA9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FRANCISCO VELOSO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MONTENEGRO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D229A2C" w14:textId="5492CB0C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60F16" w14:paraId="1F71D33B" w14:textId="77777777" w:rsidTr="005248A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65DE1A2" w14:textId="59B4F57B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09:30-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09:45</w:t>
            </w:r>
          </w:p>
        </w:tc>
        <w:tc>
          <w:tcPr>
            <w:tcW w:w="709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AA5E7BB" w14:textId="6EB2F95F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200</w:t>
            </w:r>
          </w:p>
        </w:tc>
        <w:tc>
          <w:tcPr>
            <w:tcW w:w="453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9B7CFA4" w14:textId="52A2E767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HECTOR FERREL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ARAYA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BA5B731" w14:textId="25EAC20E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C02AA" w14:paraId="7F60542A" w14:textId="77777777" w:rsidTr="005248A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CC13ECB" w14:textId="7BEB73B5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09:45-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10:00</w:t>
            </w:r>
          </w:p>
        </w:tc>
        <w:tc>
          <w:tcPr>
            <w:tcW w:w="709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C92F312" w14:textId="57D5D156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58</w:t>
            </w:r>
          </w:p>
        </w:tc>
        <w:tc>
          <w:tcPr>
            <w:tcW w:w="453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C83E729" w14:textId="08CAC09A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IVAN DOCMAC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WALKOWIAK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B47DFC5" w14:textId="204BCCBE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60F16" w14:paraId="20A5C710" w14:textId="77777777" w:rsidTr="005248A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B4EC194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D89DA07" w14:textId="376511CC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10:00-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10:15</w:t>
            </w:r>
          </w:p>
        </w:tc>
        <w:tc>
          <w:tcPr>
            <w:tcW w:w="709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7DFE704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C7E014E" w14:textId="23AE67BC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86</w:t>
            </w:r>
          </w:p>
        </w:tc>
        <w:tc>
          <w:tcPr>
            <w:tcW w:w="453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CF712FC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904E11C" w14:textId="1DA024B1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CRISTOPHER GUERRERO </w:t>
            </w:r>
            <w:r w:rsidRPr="006A07A3">
              <w:rPr>
                <w:rFonts w:asciiTheme="majorHAnsi" w:hAnsiTheme="majorHAnsi" w:cstheme="majorHAnsi"/>
                <w:b/>
                <w:spacing w:val="-4"/>
                <w:sz w:val="20"/>
                <w:szCs w:val="20"/>
              </w:rPr>
              <w:t>SAEZ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B3CA57F" w14:textId="259DAC8B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C02AA" w14:paraId="46385053" w14:textId="77777777" w:rsidTr="005248A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72F023D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2D2870F" w14:textId="2175B707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10:15-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10:30</w:t>
            </w:r>
          </w:p>
        </w:tc>
        <w:tc>
          <w:tcPr>
            <w:tcW w:w="709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286A44C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194008C" w14:textId="7259C0F6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144</w:t>
            </w:r>
          </w:p>
        </w:tc>
        <w:tc>
          <w:tcPr>
            <w:tcW w:w="453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D45E75F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5E5DA3F" w14:textId="6DC9FE0D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DANIEL ZAMORANO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VARGAS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DF25F21" w14:textId="7C7ADB7F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60F16" w14:paraId="37BC434A" w14:textId="77777777" w:rsidTr="005248A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9F54EAB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96E6A19" w14:textId="22D7B79C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10:30-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10:45</w:t>
            </w:r>
          </w:p>
        </w:tc>
        <w:tc>
          <w:tcPr>
            <w:tcW w:w="709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CF5048E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BE93B25" w14:textId="5EBCA981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35</w:t>
            </w:r>
          </w:p>
        </w:tc>
        <w:tc>
          <w:tcPr>
            <w:tcW w:w="453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1441307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D8EA9DF" w14:textId="2B9AAEF6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DEISY PEREIRA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VIDAL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517A907" w14:textId="1E7344B7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C02AA" w14:paraId="51817CD6" w14:textId="77777777" w:rsidTr="005248A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BBCC80C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C6E4E3D" w14:textId="045340CA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10:45-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11:00</w:t>
            </w:r>
          </w:p>
        </w:tc>
        <w:tc>
          <w:tcPr>
            <w:tcW w:w="709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7C98F7C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EBC6AA1" w14:textId="0A92864E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105</w:t>
            </w:r>
          </w:p>
        </w:tc>
        <w:tc>
          <w:tcPr>
            <w:tcW w:w="453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614E5D7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D536E9D" w14:textId="6AC22977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GUILLERMO HERRERA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ESPARZA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4C76BDA" w14:textId="4AD1240E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C02AA" w14:paraId="3AF2AF5F" w14:textId="77777777" w:rsidTr="005248A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B7E4AD0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F9EF422" w14:textId="2708CADB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11:00-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11:15</w:t>
            </w:r>
          </w:p>
        </w:tc>
        <w:tc>
          <w:tcPr>
            <w:tcW w:w="709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8B6AF68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008A6C0" w14:textId="3373DB5C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179</w:t>
            </w:r>
          </w:p>
        </w:tc>
        <w:tc>
          <w:tcPr>
            <w:tcW w:w="453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95A4002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6F1EAE5" w14:textId="56565688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HECTOR FUENTES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DOBSON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9CD102F" w14:textId="15B69D1F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60F16" w14:paraId="206BB24E" w14:textId="77777777" w:rsidTr="005248A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84E591E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B3E9041" w14:textId="40BD7744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11:15-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11:30</w:t>
            </w:r>
          </w:p>
        </w:tc>
        <w:tc>
          <w:tcPr>
            <w:tcW w:w="709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B12C8C1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A30BEB0" w14:textId="7AAC84E1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137</w:t>
            </w:r>
          </w:p>
        </w:tc>
        <w:tc>
          <w:tcPr>
            <w:tcW w:w="453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19A97FF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B10652B" w14:textId="72C5DF69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HECTOR RAVANAL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DONOSO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F05E694" w14:textId="49D0E957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C02AA" w14:paraId="4B6D1168" w14:textId="77777777" w:rsidTr="005248A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5069AC8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EA41B99" w14:textId="796CC94A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11:30-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11:45</w:t>
            </w:r>
          </w:p>
        </w:tc>
        <w:tc>
          <w:tcPr>
            <w:tcW w:w="709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0A810BE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8C39E70" w14:textId="6A9716CC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112</w:t>
            </w:r>
          </w:p>
        </w:tc>
        <w:tc>
          <w:tcPr>
            <w:tcW w:w="453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4D67D00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3A21111" w14:textId="03862146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JACQUELINE IBARRA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MUÑOZ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B75A5F8" w14:textId="4FC773AA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C02AA" w14:paraId="56578AB6" w14:textId="77777777" w:rsidTr="005248A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ABC7BEA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241955A" w14:textId="0BEAA3F7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11:45-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12:00</w:t>
            </w:r>
          </w:p>
        </w:tc>
        <w:tc>
          <w:tcPr>
            <w:tcW w:w="709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1A5647F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90B7DFB" w14:textId="110D1037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131</w:t>
            </w:r>
          </w:p>
        </w:tc>
        <w:tc>
          <w:tcPr>
            <w:tcW w:w="453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6F30746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8ECC951" w14:textId="346AB34A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JHONATTAN ORTIZ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ALVARADO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EF41F09" w14:textId="7AD2CC9A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6A07A3" w:rsidRPr="009C02AA" w14:paraId="2FF2BC33" w14:textId="77777777" w:rsidTr="005248A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3D70F7D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7715E47" w14:textId="3C79F033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12:00-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12:15</w:t>
            </w:r>
          </w:p>
        </w:tc>
        <w:tc>
          <w:tcPr>
            <w:tcW w:w="709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B318039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33AB4CA" w14:textId="0510D3C4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156</w:t>
            </w:r>
          </w:p>
        </w:tc>
        <w:tc>
          <w:tcPr>
            <w:tcW w:w="453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BAAB34A" w14:textId="77777777" w:rsidR="006A07A3" w:rsidRPr="006A07A3" w:rsidRDefault="006A07A3" w:rsidP="006A07A3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E3691E9" w14:textId="2EACE4FE" w:rsidR="006A07A3" w:rsidRPr="006A07A3" w:rsidRDefault="006A07A3" w:rsidP="006A07A3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JOSELYN MORALES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BERRIOS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E885A08" w14:textId="6DCA3976" w:rsidR="006A07A3" w:rsidRPr="006A07A3" w:rsidRDefault="006A07A3" w:rsidP="006A07A3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CF4F17" w:rsidRPr="009C02AA" w14:paraId="449AEAE6" w14:textId="77777777" w:rsidTr="005248A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7D4A420" w14:textId="77777777" w:rsidR="00CF4F17" w:rsidRPr="006A07A3" w:rsidRDefault="00CF4F17" w:rsidP="00CF4F17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84B5461" w14:textId="29C99946" w:rsidR="00CF4F17" w:rsidRPr="006A07A3" w:rsidRDefault="00CF4F17" w:rsidP="00CF4F17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12:15-12:30</w:t>
            </w:r>
          </w:p>
        </w:tc>
        <w:tc>
          <w:tcPr>
            <w:tcW w:w="709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05318C8" w14:textId="77777777" w:rsidR="00CF4F17" w:rsidRPr="006A07A3" w:rsidRDefault="00CF4F17" w:rsidP="00CF4F17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CF0D3E5" w14:textId="1EEA8C85" w:rsidR="00CF4F17" w:rsidRPr="006A07A3" w:rsidRDefault="00CF4F17" w:rsidP="00CF4F17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96</w:t>
            </w:r>
          </w:p>
        </w:tc>
        <w:tc>
          <w:tcPr>
            <w:tcW w:w="453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71D9852" w14:textId="77777777" w:rsidR="00CF4F17" w:rsidRPr="006A07A3" w:rsidRDefault="00CF4F17" w:rsidP="00CF4F17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DFDDD0B" w14:textId="356938A3" w:rsidR="00CF4F17" w:rsidRPr="006A07A3" w:rsidRDefault="00CF4F17" w:rsidP="00CF4F17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CRISTIAN ROMAN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TOMBOLINI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F15DBB8" w14:textId="20AE9D8F" w:rsidR="00CF4F17" w:rsidRPr="006A07A3" w:rsidRDefault="00CF4F17" w:rsidP="00CF4F17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CF4F17" w:rsidRPr="009C02AA" w14:paraId="54FFA924" w14:textId="77777777" w:rsidTr="004978BC">
        <w:trPr>
          <w:jc w:val="center"/>
        </w:trPr>
        <w:tc>
          <w:tcPr>
            <w:tcW w:w="10201" w:type="dxa"/>
            <w:gridSpan w:val="4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1571650" w14:textId="77777777" w:rsidR="00CF4F17" w:rsidRPr="006A07A3" w:rsidRDefault="00CF4F17" w:rsidP="00CF4F17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F4F17" w:rsidRPr="009C02AA" w14:paraId="3021CCB1" w14:textId="77777777" w:rsidTr="005248A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63A8670" w14:textId="05C3A9A3" w:rsidR="00CF4F17" w:rsidRPr="006A07A3" w:rsidRDefault="00CF4F17" w:rsidP="00CF4F17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15:00-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15:15</w:t>
            </w:r>
          </w:p>
        </w:tc>
        <w:tc>
          <w:tcPr>
            <w:tcW w:w="709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E444716" w14:textId="0D63CD7A" w:rsidR="00CF4F17" w:rsidRPr="006A07A3" w:rsidRDefault="00CF4F17" w:rsidP="00CF4F17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198</w:t>
            </w:r>
          </w:p>
        </w:tc>
        <w:tc>
          <w:tcPr>
            <w:tcW w:w="453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C67ED03" w14:textId="3358084D" w:rsidR="00CF4F17" w:rsidRPr="006A07A3" w:rsidRDefault="00CF4F17" w:rsidP="00CF4F17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JUAN ROJAS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OYARCE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9FC53A6" w14:textId="5467A2C6" w:rsidR="00CF4F17" w:rsidRPr="006A07A3" w:rsidRDefault="00CF4F17" w:rsidP="00CF4F17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CF4F17" w:rsidRPr="00960F16" w14:paraId="052936CE" w14:textId="77777777" w:rsidTr="005248A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F52DA3C" w14:textId="77777777" w:rsidR="00CF4F17" w:rsidRPr="006A07A3" w:rsidRDefault="00CF4F17" w:rsidP="00CF4F17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BB65D6C" w14:textId="588B2F8C" w:rsidR="00CF4F17" w:rsidRPr="006A07A3" w:rsidRDefault="00CF4F17" w:rsidP="00CF4F17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15:15-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15:30</w:t>
            </w:r>
          </w:p>
        </w:tc>
        <w:tc>
          <w:tcPr>
            <w:tcW w:w="709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7E9A166" w14:textId="77777777" w:rsidR="00CF4F17" w:rsidRPr="006A07A3" w:rsidRDefault="00CF4F17" w:rsidP="00CF4F17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E2AB7C6" w14:textId="38E1B446" w:rsidR="00CF4F17" w:rsidRPr="006A07A3" w:rsidRDefault="00CF4F17" w:rsidP="00CF4F17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90</w:t>
            </w:r>
          </w:p>
        </w:tc>
        <w:tc>
          <w:tcPr>
            <w:tcW w:w="453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1B2AAF0" w14:textId="77777777" w:rsidR="00CF4F17" w:rsidRPr="006A07A3" w:rsidRDefault="00CF4F17" w:rsidP="00CF4F17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7D901F9" w14:textId="3E547A3A" w:rsidR="00CF4F17" w:rsidRPr="006A07A3" w:rsidRDefault="00CF4F17" w:rsidP="00CF4F17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JUAN PABLO LEFIMIL </w:t>
            </w:r>
            <w:r w:rsidRPr="006A07A3">
              <w:rPr>
                <w:rFonts w:asciiTheme="majorHAnsi" w:hAnsiTheme="majorHAnsi" w:cstheme="majorHAnsi"/>
                <w:b/>
                <w:spacing w:val="-4"/>
                <w:sz w:val="20"/>
                <w:szCs w:val="20"/>
              </w:rPr>
              <w:t>TORO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B2D552C" w14:textId="76F6558F" w:rsidR="00CF4F17" w:rsidRPr="006A07A3" w:rsidRDefault="00CF4F17" w:rsidP="00CF4F17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CF4F17" w:rsidRPr="009C02AA" w14:paraId="1674D757" w14:textId="77777777" w:rsidTr="005248A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362ADB5" w14:textId="77777777" w:rsidR="00CF4F17" w:rsidRPr="006A07A3" w:rsidRDefault="00CF4F17" w:rsidP="00CF4F17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9282AB2" w14:textId="3BAEE2B4" w:rsidR="00CF4F17" w:rsidRPr="006A07A3" w:rsidRDefault="00CF4F17" w:rsidP="00CF4F17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15:30-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15:45</w:t>
            </w:r>
          </w:p>
        </w:tc>
        <w:tc>
          <w:tcPr>
            <w:tcW w:w="709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81D0CB5" w14:textId="77777777" w:rsidR="00CF4F17" w:rsidRPr="006A07A3" w:rsidRDefault="00CF4F17" w:rsidP="00CF4F17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4FAA86F" w14:textId="0D7D742B" w:rsidR="00CF4F17" w:rsidRPr="006A07A3" w:rsidRDefault="00CF4F17" w:rsidP="00CF4F17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92</w:t>
            </w:r>
          </w:p>
        </w:tc>
        <w:tc>
          <w:tcPr>
            <w:tcW w:w="453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A119C7C" w14:textId="77777777" w:rsidR="00CF4F17" w:rsidRPr="006A07A3" w:rsidRDefault="00CF4F17" w:rsidP="00CF4F17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F1C85E4" w14:textId="60ACE430" w:rsidR="00CF4F17" w:rsidRPr="006A07A3" w:rsidRDefault="00CF4F17" w:rsidP="00CF4F17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LEOPOLDO RODRIGUEZ </w:t>
            </w:r>
            <w:r w:rsidRPr="006A07A3">
              <w:rPr>
                <w:rFonts w:asciiTheme="majorHAnsi" w:hAnsiTheme="majorHAnsi" w:cstheme="majorHAnsi"/>
                <w:b/>
                <w:spacing w:val="-4"/>
                <w:sz w:val="20"/>
                <w:szCs w:val="20"/>
              </w:rPr>
              <w:t>LEON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42B4BEC" w14:textId="77777777" w:rsidR="00CF4F17" w:rsidRPr="006A07A3" w:rsidRDefault="00CF4F17" w:rsidP="00CF4F17">
            <w:pPr>
              <w:pStyle w:val="TableParagraph"/>
              <w:spacing w:before="53" w:line="149" w:lineRule="exact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pts);</w:t>
            </w:r>
          </w:p>
          <w:p w14:paraId="54492DF4" w14:textId="5C0C6603" w:rsidR="00CF4F17" w:rsidRPr="006A07A3" w:rsidRDefault="00CF4F17" w:rsidP="00CF4F17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CF4F17" w:rsidRPr="009C02AA" w14:paraId="71788414" w14:textId="77777777" w:rsidTr="005248A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30BC374" w14:textId="77777777" w:rsidR="00CF4F17" w:rsidRPr="006A07A3" w:rsidRDefault="00CF4F17" w:rsidP="00CF4F17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B75D516" w14:textId="255627A9" w:rsidR="00CF4F17" w:rsidRPr="006A07A3" w:rsidRDefault="00CF4F17" w:rsidP="00CF4F17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15:45-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16:00</w:t>
            </w:r>
          </w:p>
        </w:tc>
        <w:tc>
          <w:tcPr>
            <w:tcW w:w="709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69ECCA5" w14:textId="77777777" w:rsidR="00CF4F17" w:rsidRPr="006A07A3" w:rsidRDefault="00CF4F17" w:rsidP="00CF4F17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27C747A" w14:textId="351D9482" w:rsidR="00CF4F17" w:rsidRPr="006A07A3" w:rsidRDefault="00CF4F17" w:rsidP="00CF4F17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164</w:t>
            </w:r>
          </w:p>
        </w:tc>
        <w:tc>
          <w:tcPr>
            <w:tcW w:w="453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703A8B4" w14:textId="77777777" w:rsidR="00CF4F17" w:rsidRPr="006A07A3" w:rsidRDefault="00CF4F17" w:rsidP="00CF4F17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B8D2ABC" w14:textId="226BE0B4" w:rsidR="00CF4F17" w:rsidRPr="006A07A3" w:rsidRDefault="00CF4F17" w:rsidP="00CF4F17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MARCELA SEGOVIA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EMBRY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1AD53E7" w14:textId="27776F38" w:rsidR="00CF4F17" w:rsidRPr="006A07A3" w:rsidRDefault="00CF4F17" w:rsidP="00CF4F17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CF4F17" w:rsidRPr="009C02AA" w14:paraId="7214DA5D" w14:textId="77777777" w:rsidTr="005248A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05470CE" w14:textId="77777777" w:rsidR="00CF4F17" w:rsidRPr="006A07A3" w:rsidRDefault="00CF4F17" w:rsidP="00CF4F17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76FF831" w14:textId="127852CD" w:rsidR="00CF4F17" w:rsidRPr="006A07A3" w:rsidRDefault="00CF4F17" w:rsidP="00CF4F17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16:00-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16:15</w:t>
            </w:r>
          </w:p>
        </w:tc>
        <w:tc>
          <w:tcPr>
            <w:tcW w:w="709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D68ADA1" w14:textId="77777777" w:rsidR="00CF4F17" w:rsidRPr="006A07A3" w:rsidRDefault="00CF4F17" w:rsidP="00CF4F17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D914332" w14:textId="63D9F3C5" w:rsidR="00CF4F17" w:rsidRPr="006A07A3" w:rsidRDefault="00CF4F17" w:rsidP="00CF4F17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11</w:t>
            </w:r>
          </w:p>
        </w:tc>
        <w:tc>
          <w:tcPr>
            <w:tcW w:w="453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8CBB560" w14:textId="61A5987B" w:rsidR="00CF4F17" w:rsidRPr="006A07A3" w:rsidRDefault="00CF4F17" w:rsidP="00CF4F17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>MARIA</w:t>
            </w:r>
            <w:r w:rsidRPr="006A07A3">
              <w:rPr>
                <w:rFonts w:asciiTheme="majorHAnsi" w:hAnsiTheme="majorHAnsi" w:cstheme="majorHAnsi"/>
                <w:b/>
                <w:spacing w:val="-10"/>
                <w:sz w:val="20"/>
                <w:szCs w:val="20"/>
              </w:rPr>
              <w:t xml:space="preserve"> </w:t>
            </w: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>PAZ</w:t>
            </w:r>
            <w:r w:rsidRPr="006A07A3">
              <w:rPr>
                <w:rFonts w:asciiTheme="majorHAnsi" w:hAnsiTheme="majorHAnsi" w:cstheme="majorHAnsi"/>
                <w:b/>
                <w:spacing w:val="-9"/>
                <w:sz w:val="20"/>
                <w:szCs w:val="20"/>
              </w:rPr>
              <w:t xml:space="preserve"> </w:t>
            </w: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>DE</w:t>
            </w:r>
            <w:r w:rsidRPr="006A07A3">
              <w:rPr>
                <w:rFonts w:asciiTheme="majorHAnsi" w:hAnsiTheme="majorHAnsi" w:cstheme="majorHAnsi"/>
                <w:b/>
                <w:spacing w:val="-9"/>
                <w:sz w:val="20"/>
                <w:szCs w:val="20"/>
              </w:rPr>
              <w:t xml:space="preserve"> </w:t>
            </w: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>JESUS</w:t>
            </w:r>
            <w:r w:rsidRPr="006A07A3">
              <w:rPr>
                <w:rFonts w:asciiTheme="majorHAnsi" w:hAnsiTheme="majorHAnsi" w:cstheme="majorHAnsi"/>
                <w:b/>
                <w:spacing w:val="-9"/>
                <w:sz w:val="20"/>
                <w:szCs w:val="20"/>
              </w:rPr>
              <w:t xml:space="preserve"> </w:t>
            </w: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>RAMIREZ</w:t>
            </w:r>
            <w:r w:rsidRPr="006A07A3">
              <w:rPr>
                <w:rFonts w:asciiTheme="majorHAnsi" w:hAnsiTheme="majorHAnsi" w:cstheme="majorHAnsi"/>
                <w:b/>
                <w:spacing w:val="40"/>
                <w:sz w:val="20"/>
                <w:szCs w:val="20"/>
              </w:rPr>
              <w:t xml:space="preserve"> </w:t>
            </w:r>
            <w:r w:rsidRPr="006A07A3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>APABLAZA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9F9E00B" w14:textId="73BCE90C" w:rsidR="00CF4F17" w:rsidRPr="006A07A3" w:rsidRDefault="00CF4F17" w:rsidP="00CF4F17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CF4F17" w:rsidRPr="009C02AA" w14:paraId="26A7923B" w14:textId="77777777" w:rsidTr="005248A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089EE67" w14:textId="77777777" w:rsidR="00CF4F17" w:rsidRPr="006A07A3" w:rsidRDefault="00CF4F17" w:rsidP="00CF4F17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50A0FDB" w14:textId="568BCADF" w:rsidR="00CF4F17" w:rsidRPr="006A07A3" w:rsidRDefault="00CF4F17" w:rsidP="00CF4F17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16:15-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16:30</w:t>
            </w:r>
          </w:p>
        </w:tc>
        <w:tc>
          <w:tcPr>
            <w:tcW w:w="709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6A18EBF" w14:textId="77777777" w:rsidR="00CF4F17" w:rsidRPr="006A07A3" w:rsidRDefault="00CF4F17" w:rsidP="00CF4F17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E0F17F5" w14:textId="6EEE1751" w:rsidR="00CF4F17" w:rsidRPr="006A07A3" w:rsidRDefault="00CF4F17" w:rsidP="00CF4F17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106</w:t>
            </w:r>
          </w:p>
        </w:tc>
        <w:tc>
          <w:tcPr>
            <w:tcW w:w="453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3F6FFC1" w14:textId="77777777" w:rsidR="00CF4F17" w:rsidRPr="006A07A3" w:rsidRDefault="00CF4F17" w:rsidP="00CF4F17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416CBD8" w14:textId="25BE6D60" w:rsidR="00CF4F17" w:rsidRPr="006A07A3" w:rsidRDefault="00CF4F17" w:rsidP="00CF4F17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MONICA RIQUELME </w:t>
            </w:r>
            <w:r w:rsidRPr="006A07A3">
              <w:rPr>
                <w:rFonts w:asciiTheme="majorHAnsi" w:hAnsiTheme="majorHAnsi" w:cstheme="majorHAnsi"/>
                <w:b/>
                <w:spacing w:val="-4"/>
                <w:sz w:val="20"/>
                <w:szCs w:val="20"/>
              </w:rPr>
              <w:t>PEÑA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997265D" w14:textId="08178001" w:rsidR="00CF4F17" w:rsidRPr="006A07A3" w:rsidRDefault="00CF4F17" w:rsidP="00CF4F17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  <w:tr w:rsidR="00CF4F17" w:rsidRPr="009C02AA" w14:paraId="0BDA02DF" w14:textId="77777777" w:rsidTr="005248A7">
        <w:trPr>
          <w:jc w:val="center"/>
        </w:trPr>
        <w:tc>
          <w:tcPr>
            <w:tcW w:w="183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C93CCAD" w14:textId="77777777" w:rsidR="00CF4F17" w:rsidRPr="006A07A3" w:rsidRDefault="00CF4F17" w:rsidP="00CF4F17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5A1B01D" w14:textId="1D1FBA61" w:rsidR="00CF4F17" w:rsidRPr="006A07A3" w:rsidRDefault="00CF4F17" w:rsidP="00CF4F17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>16:30-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16:45</w:t>
            </w:r>
          </w:p>
        </w:tc>
        <w:tc>
          <w:tcPr>
            <w:tcW w:w="709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F8EEFE3" w14:textId="77777777" w:rsidR="00CF4F17" w:rsidRPr="006A07A3" w:rsidRDefault="00CF4F17" w:rsidP="00CF4F17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6EDF15F" w14:textId="79959BF2" w:rsidR="00CF4F17" w:rsidRPr="006A07A3" w:rsidRDefault="00CF4F17" w:rsidP="00CF4F17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>56</w:t>
            </w:r>
          </w:p>
        </w:tc>
        <w:tc>
          <w:tcPr>
            <w:tcW w:w="4536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B11765A" w14:textId="77777777" w:rsidR="00CF4F17" w:rsidRPr="006A07A3" w:rsidRDefault="00CF4F17" w:rsidP="00CF4F17">
            <w:pPr>
              <w:pStyle w:val="TableParagraph"/>
              <w:spacing w:before="51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151A321" w14:textId="47F63848" w:rsidR="00CF4F17" w:rsidRPr="006A07A3" w:rsidRDefault="00CF4F17" w:rsidP="00CF4F17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A07A3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NATALIA VARGAS </w:t>
            </w:r>
            <w:r w:rsidRPr="006A07A3">
              <w:rPr>
                <w:rFonts w:asciiTheme="majorHAnsi" w:hAnsiTheme="majorHAnsi" w:cstheme="majorHAnsi"/>
                <w:b/>
                <w:spacing w:val="-4"/>
                <w:sz w:val="20"/>
                <w:szCs w:val="20"/>
              </w:rPr>
              <w:t>PIÑA</w:t>
            </w:r>
          </w:p>
        </w:tc>
        <w:tc>
          <w:tcPr>
            <w:tcW w:w="3118" w:type="dxa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3EBE5C2" w14:textId="03E49FFA" w:rsidR="00CF4F17" w:rsidRPr="006A07A3" w:rsidRDefault="00CF4F17" w:rsidP="00CF4F17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GEN_6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GEN_7_1 (100 </w:t>
            </w:r>
            <w:r w:rsidRPr="006A07A3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pts); </w:t>
            </w:r>
            <w:r w:rsidRPr="006A07A3">
              <w:rPr>
                <w:rFonts w:asciiTheme="majorHAnsi" w:hAnsiTheme="majorHAnsi" w:cstheme="majorHAnsi"/>
                <w:sz w:val="20"/>
                <w:szCs w:val="20"/>
              </w:rPr>
              <w:t xml:space="preserve">GEN_7_2 (100 </w:t>
            </w:r>
            <w:r w:rsidRPr="006A07A3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pts)</w:t>
            </w:r>
          </w:p>
        </w:tc>
      </w:tr>
    </w:tbl>
    <w:p w14:paraId="38DB2895" w14:textId="77777777" w:rsidR="00263AB5" w:rsidRPr="00304F3C" w:rsidRDefault="00263AB5" w:rsidP="00502030">
      <w:pPr>
        <w:ind w:left="851"/>
        <w:jc w:val="both"/>
        <w:rPr>
          <w:rFonts w:asciiTheme="majorHAnsi" w:hAnsiTheme="majorHAnsi" w:cstheme="majorHAnsi"/>
          <w:b/>
          <w:bCs/>
          <w:sz w:val="22"/>
          <w:lang w:val="en-US"/>
        </w:rPr>
      </w:pPr>
    </w:p>
    <w:p w14:paraId="562DA620" w14:textId="7175D747" w:rsidR="00EB6061" w:rsidRPr="00304F3C" w:rsidRDefault="00FF3256" w:rsidP="000E6430">
      <w:pPr>
        <w:jc w:val="both"/>
        <w:rPr>
          <w:rFonts w:asciiTheme="majorHAnsi" w:hAnsiTheme="majorHAnsi" w:cstheme="majorHAnsi"/>
          <w:b/>
          <w:bCs/>
          <w:sz w:val="22"/>
        </w:rPr>
      </w:pPr>
      <w:r w:rsidRPr="00304F3C">
        <w:rPr>
          <w:rFonts w:asciiTheme="majorHAnsi" w:hAnsiTheme="majorHAnsi" w:cstheme="majorHAnsi"/>
          <w:b/>
          <w:bCs/>
          <w:sz w:val="22"/>
        </w:rPr>
        <w:t>*</w:t>
      </w:r>
      <w:r w:rsidR="007F5414" w:rsidRPr="00304F3C">
        <w:rPr>
          <w:rFonts w:asciiTheme="majorHAnsi" w:hAnsiTheme="majorHAnsi" w:cstheme="majorHAnsi"/>
          <w:b/>
          <w:bCs/>
          <w:sz w:val="22"/>
        </w:rPr>
        <w:t xml:space="preserve">Se informará oportunamente el agendamiento de las entrevistas correspondientes a la semana del </w:t>
      </w:r>
      <w:r w:rsidR="00A14211" w:rsidRPr="00304F3C">
        <w:rPr>
          <w:rFonts w:asciiTheme="majorHAnsi" w:hAnsiTheme="majorHAnsi" w:cstheme="majorHAnsi"/>
          <w:b/>
          <w:bCs/>
          <w:sz w:val="22"/>
        </w:rPr>
        <w:t xml:space="preserve">31 de agosto </w:t>
      </w:r>
      <w:r w:rsidR="007F5414" w:rsidRPr="00304F3C">
        <w:rPr>
          <w:rFonts w:asciiTheme="majorHAnsi" w:hAnsiTheme="majorHAnsi" w:cstheme="majorHAnsi"/>
          <w:b/>
          <w:bCs/>
          <w:sz w:val="22"/>
        </w:rPr>
        <w:t xml:space="preserve">al </w:t>
      </w:r>
      <w:r w:rsidR="00A14211" w:rsidRPr="00304F3C">
        <w:rPr>
          <w:rFonts w:asciiTheme="majorHAnsi" w:hAnsiTheme="majorHAnsi" w:cstheme="majorHAnsi"/>
          <w:b/>
          <w:bCs/>
          <w:sz w:val="22"/>
        </w:rPr>
        <w:t>04 de septiembre</w:t>
      </w:r>
      <w:r w:rsidR="001B19E0" w:rsidRPr="00304F3C">
        <w:rPr>
          <w:rFonts w:asciiTheme="majorHAnsi" w:hAnsiTheme="majorHAnsi" w:cstheme="majorHAnsi"/>
          <w:b/>
          <w:bCs/>
          <w:sz w:val="22"/>
        </w:rPr>
        <w:t>.</w:t>
      </w:r>
    </w:p>
    <w:sectPr w:rsidR="00EB6061" w:rsidRPr="00304F3C" w:rsidSect="001E1DD0">
      <w:pgSz w:w="12183" w:h="17858" w:code="345"/>
      <w:pgMar w:top="454" w:right="454" w:bottom="454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3912404">
    <w:abstractNumId w:val="8"/>
  </w:num>
  <w:num w:numId="2" w16cid:durableId="841746670">
    <w:abstractNumId w:val="6"/>
  </w:num>
  <w:num w:numId="3" w16cid:durableId="1129981830">
    <w:abstractNumId w:val="5"/>
  </w:num>
  <w:num w:numId="4" w16cid:durableId="1255867579">
    <w:abstractNumId w:val="4"/>
  </w:num>
  <w:num w:numId="5" w16cid:durableId="490946644">
    <w:abstractNumId w:val="7"/>
  </w:num>
  <w:num w:numId="6" w16cid:durableId="419331995">
    <w:abstractNumId w:val="3"/>
  </w:num>
  <w:num w:numId="7" w16cid:durableId="1796943765">
    <w:abstractNumId w:val="2"/>
  </w:num>
  <w:num w:numId="8" w16cid:durableId="1523083780">
    <w:abstractNumId w:val="1"/>
  </w:num>
  <w:num w:numId="9" w16cid:durableId="1529484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FF5"/>
    <w:rsid w:val="00057419"/>
    <w:rsid w:val="0006063C"/>
    <w:rsid w:val="0006276F"/>
    <w:rsid w:val="000637F2"/>
    <w:rsid w:val="00084220"/>
    <w:rsid w:val="000868D1"/>
    <w:rsid w:val="000A6EA7"/>
    <w:rsid w:val="000E6430"/>
    <w:rsid w:val="0014421A"/>
    <w:rsid w:val="00145112"/>
    <w:rsid w:val="0015074B"/>
    <w:rsid w:val="00151D85"/>
    <w:rsid w:val="00166540"/>
    <w:rsid w:val="0019048A"/>
    <w:rsid w:val="00190512"/>
    <w:rsid w:val="001B19E0"/>
    <w:rsid w:val="001E1DD0"/>
    <w:rsid w:val="001E2E43"/>
    <w:rsid w:val="002077C8"/>
    <w:rsid w:val="002340C7"/>
    <w:rsid w:val="0024682D"/>
    <w:rsid w:val="00263AB5"/>
    <w:rsid w:val="0029639D"/>
    <w:rsid w:val="002C6343"/>
    <w:rsid w:val="002F595B"/>
    <w:rsid w:val="00304F3C"/>
    <w:rsid w:val="00326F90"/>
    <w:rsid w:val="00366F2F"/>
    <w:rsid w:val="003714E9"/>
    <w:rsid w:val="00375A3D"/>
    <w:rsid w:val="003A64D8"/>
    <w:rsid w:val="003C3B61"/>
    <w:rsid w:val="00417742"/>
    <w:rsid w:val="00444B77"/>
    <w:rsid w:val="00446515"/>
    <w:rsid w:val="00490DA3"/>
    <w:rsid w:val="004A597A"/>
    <w:rsid w:val="004B6EBD"/>
    <w:rsid w:val="004F003C"/>
    <w:rsid w:val="00502030"/>
    <w:rsid w:val="00581288"/>
    <w:rsid w:val="005E6E2E"/>
    <w:rsid w:val="00687570"/>
    <w:rsid w:val="006A07A3"/>
    <w:rsid w:val="006B0B51"/>
    <w:rsid w:val="006D7ECB"/>
    <w:rsid w:val="006E3650"/>
    <w:rsid w:val="007368E9"/>
    <w:rsid w:val="007B686B"/>
    <w:rsid w:val="007D1624"/>
    <w:rsid w:val="007F5414"/>
    <w:rsid w:val="008049FD"/>
    <w:rsid w:val="00895F30"/>
    <w:rsid w:val="008B7F58"/>
    <w:rsid w:val="008D4452"/>
    <w:rsid w:val="00900C46"/>
    <w:rsid w:val="00931D60"/>
    <w:rsid w:val="00933E72"/>
    <w:rsid w:val="00960F16"/>
    <w:rsid w:val="00975F7B"/>
    <w:rsid w:val="00981546"/>
    <w:rsid w:val="009B1A36"/>
    <w:rsid w:val="009C02AA"/>
    <w:rsid w:val="009D399E"/>
    <w:rsid w:val="00A04295"/>
    <w:rsid w:val="00A14211"/>
    <w:rsid w:val="00A357E0"/>
    <w:rsid w:val="00A64A71"/>
    <w:rsid w:val="00A66DC3"/>
    <w:rsid w:val="00AA1D8D"/>
    <w:rsid w:val="00AC5BDF"/>
    <w:rsid w:val="00B00C67"/>
    <w:rsid w:val="00B218CC"/>
    <w:rsid w:val="00B47730"/>
    <w:rsid w:val="00BB02C9"/>
    <w:rsid w:val="00BC1DEE"/>
    <w:rsid w:val="00BF7B46"/>
    <w:rsid w:val="00C42B37"/>
    <w:rsid w:val="00C64029"/>
    <w:rsid w:val="00C9094C"/>
    <w:rsid w:val="00C94762"/>
    <w:rsid w:val="00CA3037"/>
    <w:rsid w:val="00CA4E46"/>
    <w:rsid w:val="00CB0664"/>
    <w:rsid w:val="00CC1144"/>
    <w:rsid w:val="00CD68E5"/>
    <w:rsid w:val="00CF4F17"/>
    <w:rsid w:val="00D5241F"/>
    <w:rsid w:val="00DF5071"/>
    <w:rsid w:val="00E14EFD"/>
    <w:rsid w:val="00E759F6"/>
    <w:rsid w:val="00E776CE"/>
    <w:rsid w:val="00EB2E54"/>
    <w:rsid w:val="00EB6061"/>
    <w:rsid w:val="00F2078E"/>
    <w:rsid w:val="00F77446"/>
    <w:rsid w:val="00FC693F"/>
    <w:rsid w:val="00FF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FADCA0FF-4E8D-4977-98B1-D9407F47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4"/>
      <w:lang w:val="es-C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Normal"/>
    <w:uiPriority w:val="1"/>
    <w:qFormat/>
    <w:rsid w:val="006A07A3"/>
    <w:pPr>
      <w:widowControl w:val="0"/>
      <w:autoSpaceDE w:val="0"/>
      <w:autoSpaceDN w:val="0"/>
      <w:spacing w:after="0" w:line="240" w:lineRule="auto"/>
      <w:ind w:left="59"/>
    </w:pPr>
    <w:rPr>
      <w:rFonts w:ascii="Arial MT" w:eastAsia="Arial MT" w:hAnsi="Arial MT" w:cs="Arial MT"/>
      <w:sz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911</Words>
  <Characters>5012</Characters>
  <Application>Microsoft Office Word</Application>
  <DocSecurity>0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José Luis  Pulgar Vega</cp:lastModifiedBy>
  <cp:revision>48</cp:revision>
  <dcterms:created xsi:type="dcterms:W3CDTF">2026-08-13T20:50:00Z</dcterms:created>
  <dcterms:modified xsi:type="dcterms:W3CDTF">2026-08-21T17:02:00Z</dcterms:modified>
  <cp:category/>
</cp:coreProperties>
</file>